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3744"/>
      </w:tblGrid>
      <w:tr w:rsidR="008105BD" w14:paraId="412840CA" w14:textId="77777777">
        <w:trPr>
          <w:jc w:val="center"/>
        </w:trPr>
        <w:tc>
          <w:tcPr>
            <w:tcW w:w="691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DDD2AC" w14:textId="78B92AA1" w:rsidR="00D55EEC" w:rsidRDefault="006B6920">
            <w:pPr>
              <w:spacing w:before="140" w:after="0"/>
            </w:pPr>
            <w:r>
              <w:rPr>
                <w:b/>
                <w:color w:val="264796"/>
                <w:sz w:val="44"/>
              </w:rPr>
              <w:t>R</w:t>
            </w:r>
            <w:r w:rsidR="003908EC">
              <w:rPr>
                <w:b/>
                <w:color w:val="264796"/>
                <w:sz w:val="44"/>
              </w:rPr>
              <w:t>eferral Form</w:t>
            </w:r>
          </w:p>
          <w:p w14:paraId="62E7B9C5" w14:textId="69C4198B" w:rsidR="00D55EEC" w:rsidRDefault="003908EC">
            <w:pPr>
              <w:spacing w:after="0"/>
            </w:pPr>
            <w:r>
              <w:rPr>
                <w:color w:val="555555"/>
                <w:sz w:val="20"/>
              </w:rPr>
              <w:t>Alexander Devine Children's Hospice Service</w:t>
            </w:r>
          </w:p>
        </w:tc>
        <w:tc>
          <w:tcPr>
            <w:tcW w:w="302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CE97A0" w14:textId="47FD8F9E" w:rsidR="00D55EEC" w:rsidRDefault="00D55EEC">
            <w:pPr>
              <w:jc w:val="right"/>
            </w:pPr>
          </w:p>
        </w:tc>
      </w:tr>
      <w:tr w:rsidR="00D55EEC" w14:paraId="23B3BA39" w14:textId="77777777">
        <w:tblPrEx>
          <w:jc w:val="left"/>
        </w:tblPrEx>
        <w:tc>
          <w:tcPr>
            <w:tcW w:w="10656" w:type="dxa"/>
            <w:gridSpan w:val="2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8FC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7599A6" w14:textId="77777777" w:rsidR="00D55EEC" w:rsidRPr="006B6920" w:rsidRDefault="003908EC">
            <w:pPr>
              <w:rPr>
                <w:b/>
                <w:bCs/>
              </w:rPr>
            </w:pPr>
            <w:r>
              <w:rPr>
                <w:b/>
                <w:color w:val="264796"/>
              </w:rPr>
              <w:t xml:space="preserve">Please complete all fields marked * and include consent before submission. </w:t>
            </w:r>
            <w:r>
              <w:t>Attach relevant clinical letters, care plans or risk assessments where available.</w:t>
            </w:r>
          </w:p>
          <w:p w14:paraId="2103A3E8" w14:textId="308AD0E4" w:rsidR="006B6920" w:rsidRDefault="006B6920">
            <w:r w:rsidRPr="006B6920">
              <w:rPr>
                <w:b/>
                <w:bCs/>
              </w:rPr>
              <w:t xml:space="preserve">Please </w:t>
            </w:r>
            <w:r w:rsidR="004B3563">
              <w:rPr>
                <w:b/>
                <w:bCs/>
              </w:rPr>
              <w:t>E-mail completed form</w:t>
            </w:r>
            <w:r w:rsidRPr="006B6920">
              <w:rPr>
                <w:b/>
                <w:bCs/>
              </w:rPr>
              <w:t xml:space="preserve"> back to referrals@alexanderdevine.org</w:t>
            </w:r>
          </w:p>
        </w:tc>
      </w:tr>
    </w:tbl>
    <w:p w14:paraId="40FBE65D" w14:textId="72A55A72" w:rsidR="00D55EEC" w:rsidRDefault="003B7D3E">
      <w:pPr>
        <w:spacing w:before="160" w:after="6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16F620" wp14:editId="6FE44483">
            <wp:simplePos x="0" y="0"/>
            <wp:positionH relativeFrom="column">
              <wp:posOffset>6243955</wp:posOffset>
            </wp:positionH>
            <wp:positionV relativeFrom="paragraph">
              <wp:posOffset>-1910080</wp:posOffset>
            </wp:positionV>
            <wp:extent cx="778510" cy="995680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chs_logo_croppe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510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8EC">
        <w:rPr>
          <w:b/>
          <w:color w:val="264796"/>
          <w:sz w:val="24"/>
        </w:rPr>
        <w:t>1. Referral summary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30"/>
        <w:gridCol w:w="2873"/>
        <w:gridCol w:w="2347"/>
        <w:gridCol w:w="3135"/>
        <w:gridCol w:w="71"/>
      </w:tblGrid>
      <w:tr w:rsidR="008105BD" w14:paraId="00EEB6FA" w14:textId="77777777" w:rsidTr="00BA672C">
        <w:trPr>
          <w:gridAfter w:val="1"/>
          <w:wAfter w:w="71" w:type="dxa"/>
        </w:trPr>
        <w:tc>
          <w:tcPr>
            <w:tcW w:w="10585" w:type="dxa"/>
            <w:gridSpan w:val="4"/>
            <w:shd w:val="clear" w:color="auto" w:fill="EAF1FB"/>
          </w:tcPr>
          <w:p w14:paraId="1AC14678" w14:textId="77777777" w:rsidR="00D55EEC" w:rsidRDefault="00D55EEC">
            <w:pPr>
              <w:spacing w:after="0" w:line="40" w:lineRule="exact"/>
            </w:pPr>
          </w:p>
        </w:tc>
      </w:tr>
      <w:tr w:rsidR="00D55EEC" w14:paraId="3ABD1D64" w14:textId="77777777" w:rsidTr="004B3563">
        <w:tc>
          <w:tcPr>
            <w:tcW w:w="2230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8FF28D" w14:textId="77777777" w:rsidR="00D55EEC" w:rsidRDefault="003908EC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*Referral date</w:t>
            </w:r>
          </w:p>
          <w:p w14:paraId="70B6C089" w14:textId="77777777" w:rsidR="00D67C48" w:rsidRDefault="00D67C48"/>
        </w:tc>
        <w:tc>
          <w:tcPr>
            <w:tcW w:w="2873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8A368C" w14:textId="77777777" w:rsidR="00D55EEC" w:rsidRDefault="003908EC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*Referrer name</w:t>
            </w:r>
          </w:p>
          <w:p w14:paraId="2E05334B" w14:textId="77777777" w:rsidR="00BA672C" w:rsidRDefault="00BA672C"/>
        </w:tc>
        <w:tc>
          <w:tcPr>
            <w:tcW w:w="234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FEDD38" w14:textId="77777777" w:rsidR="00D55EEC" w:rsidRDefault="003908EC" w:rsidP="004B3563">
            <w:pPr>
              <w:rPr>
                <w:b/>
              </w:rPr>
            </w:pP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</w:rPr>
              <w:t xml:space="preserve"> / service</w:t>
            </w:r>
          </w:p>
          <w:p w14:paraId="188D90E7" w14:textId="025EBDF3" w:rsidR="00BA672C" w:rsidRDefault="00BA672C" w:rsidP="00BA672C">
            <w:pPr>
              <w:jc w:val="center"/>
            </w:pPr>
          </w:p>
        </w:tc>
        <w:tc>
          <w:tcPr>
            <w:tcW w:w="3206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F20771" w14:textId="2B37485B" w:rsidR="00D55EEC" w:rsidRDefault="003908EC" w:rsidP="00BA672C">
            <w:pPr>
              <w:jc w:val="center"/>
              <w:rPr>
                <w:b/>
              </w:rPr>
            </w:pPr>
            <w:r>
              <w:rPr>
                <w:b/>
              </w:rPr>
              <w:t>Role / relationship to child</w:t>
            </w:r>
            <w:r w:rsidR="00E631B5">
              <w:rPr>
                <w:b/>
              </w:rPr>
              <w:t>:</w:t>
            </w:r>
          </w:p>
          <w:p w14:paraId="09FC9A6E" w14:textId="77777777" w:rsidR="00BA672C" w:rsidRDefault="00BA672C" w:rsidP="00BA672C">
            <w:pPr>
              <w:jc w:val="center"/>
            </w:pPr>
          </w:p>
        </w:tc>
      </w:tr>
      <w:tr w:rsidR="00D55EEC" w14:paraId="0795CC7D" w14:textId="77777777" w:rsidTr="004B3563">
        <w:tc>
          <w:tcPr>
            <w:tcW w:w="2230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FABE6D" w14:textId="77777777" w:rsidR="00D55EEC" w:rsidRDefault="003908EC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*Email</w:t>
            </w:r>
          </w:p>
          <w:p w14:paraId="3C7D93DC" w14:textId="77777777" w:rsidR="00D67C48" w:rsidRDefault="00D67C48">
            <w:pPr>
              <w:rPr>
                <w:b/>
                <w:color w:val="C00000"/>
              </w:rPr>
            </w:pPr>
          </w:p>
          <w:p w14:paraId="041D5E59" w14:textId="77777777" w:rsidR="00D67C48" w:rsidRDefault="00D67C48"/>
        </w:tc>
        <w:tc>
          <w:tcPr>
            <w:tcW w:w="2873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5E4FA4" w14:textId="77777777" w:rsidR="00D55EEC" w:rsidRDefault="003908EC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*Telephone</w:t>
            </w:r>
          </w:p>
          <w:p w14:paraId="45E21B05" w14:textId="77777777" w:rsidR="00D67C48" w:rsidRDefault="00D67C48">
            <w:pPr>
              <w:rPr>
                <w:b/>
                <w:color w:val="C00000"/>
              </w:rPr>
            </w:pPr>
          </w:p>
          <w:p w14:paraId="75B927B6" w14:textId="77777777" w:rsidR="00D67C48" w:rsidRDefault="00D67C48"/>
        </w:tc>
        <w:tc>
          <w:tcPr>
            <w:tcW w:w="234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13A0DE" w14:textId="77777777" w:rsidR="004B3563" w:rsidRDefault="003908EC">
            <w:pPr>
              <w:rPr>
                <w:b/>
              </w:rPr>
            </w:pPr>
            <w:r>
              <w:rPr>
                <w:b/>
              </w:rPr>
              <w:t>Preferred contact method</w:t>
            </w:r>
            <w:r w:rsidR="00BA672C">
              <w:rPr>
                <w:b/>
              </w:rPr>
              <w:t xml:space="preserve"> of Parent</w:t>
            </w:r>
          </w:p>
          <w:p w14:paraId="5B3577D6" w14:textId="530F600E" w:rsidR="00D67C48" w:rsidRPr="004B3563" w:rsidRDefault="003908EC">
            <w:pPr>
              <w:rPr>
                <w:b/>
              </w:rPr>
            </w:pPr>
            <w:r>
              <w:br/>
              <w:t>☐ Phone   ☐ Email</w:t>
            </w:r>
          </w:p>
        </w:tc>
        <w:tc>
          <w:tcPr>
            <w:tcW w:w="3206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79DC60" w14:textId="4EB89463" w:rsidR="00D55EEC" w:rsidRPr="00D67C48" w:rsidRDefault="00D67C48">
            <w:pPr>
              <w:rPr>
                <w:b/>
                <w:color w:val="C00000"/>
              </w:rPr>
            </w:pPr>
            <w:r w:rsidRPr="00D67C48">
              <w:rPr>
                <w:b/>
                <w:color w:val="C00000"/>
              </w:rPr>
              <w:t>*</w:t>
            </w:r>
            <w:r w:rsidR="00BA672C" w:rsidRPr="00D67C48">
              <w:rPr>
                <w:b/>
                <w:color w:val="C00000"/>
              </w:rPr>
              <w:t>Parental</w:t>
            </w:r>
            <w:proofErr w:type="gramStart"/>
            <w:r w:rsidR="00D05EA7">
              <w:rPr>
                <w:b/>
                <w:color w:val="C00000"/>
              </w:rPr>
              <w:t>/ guardian</w:t>
            </w:r>
            <w:proofErr w:type="gramEnd"/>
            <w:r w:rsidR="00D05EA7">
              <w:rPr>
                <w:b/>
                <w:color w:val="C00000"/>
              </w:rPr>
              <w:t>/ CYP</w:t>
            </w:r>
            <w:r w:rsidR="00BA672C" w:rsidRPr="00D67C48">
              <w:rPr>
                <w:b/>
                <w:color w:val="C00000"/>
              </w:rPr>
              <w:t xml:space="preserve"> </w:t>
            </w:r>
            <w:r w:rsidR="004B3563">
              <w:rPr>
                <w:b/>
                <w:color w:val="C00000"/>
              </w:rPr>
              <w:t>verbal</w:t>
            </w:r>
            <w:r w:rsidR="00BA672C" w:rsidRPr="00D67C48">
              <w:rPr>
                <w:b/>
                <w:color w:val="C00000"/>
              </w:rPr>
              <w:t xml:space="preserve"> consent</w:t>
            </w:r>
            <w:r w:rsidR="00E631B5" w:rsidRPr="00D67C48">
              <w:rPr>
                <w:b/>
                <w:color w:val="C00000"/>
              </w:rPr>
              <w:t xml:space="preserve"> to referral and contacting other health professionals:</w:t>
            </w:r>
          </w:p>
          <w:p w14:paraId="2D433D5C" w14:textId="177A72DD" w:rsidR="00BA672C" w:rsidRPr="00D67C48" w:rsidRDefault="004B3563">
            <w:pPr>
              <w:rPr>
                <w:color w:val="C00000"/>
              </w:rPr>
            </w:pPr>
            <w:r w:rsidRPr="00E631B5">
              <w:rPr>
                <w:szCs w:val="17"/>
              </w:rPr>
              <w:t>☐</w:t>
            </w:r>
            <w:r>
              <w:rPr>
                <w:szCs w:val="17"/>
              </w:rPr>
              <w:t xml:space="preserve"> Yes         </w:t>
            </w:r>
            <w:r w:rsidRPr="00E631B5">
              <w:rPr>
                <w:szCs w:val="17"/>
              </w:rPr>
              <w:t>☐</w:t>
            </w:r>
            <w:r>
              <w:rPr>
                <w:szCs w:val="17"/>
              </w:rPr>
              <w:t xml:space="preserve"> No</w:t>
            </w:r>
          </w:p>
        </w:tc>
      </w:tr>
      <w:tr w:rsidR="00BA672C" w14:paraId="4C5F7614" w14:textId="77777777" w:rsidTr="00BA672C">
        <w:tc>
          <w:tcPr>
            <w:tcW w:w="10656" w:type="dxa"/>
            <w:gridSpan w:val="5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3F3EF8" w14:textId="21E23D8C" w:rsidR="00BA672C" w:rsidRDefault="00BA672C">
            <w:r>
              <w:rPr>
                <w:b/>
              </w:rPr>
              <w:t>Attachments included (Please include where appropriate)</w:t>
            </w:r>
            <w:r>
              <w:br/>
              <w:t xml:space="preserve">☐ </w:t>
            </w:r>
            <w:r w:rsidR="00E631B5">
              <w:t>Most recent c</w:t>
            </w:r>
            <w:r>
              <w:t xml:space="preserve">linical letter   ☐ ACP   ☐ Medication List  </w:t>
            </w:r>
            <w:r w:rsidR="00E631B5">
              <w:t xml:space="preserve"> </w:t>
            </w:r>
            <w:r>
              <w:t xml:space="preserve">☐ Symptom Management Plan   ☐ Respiratory escalation plan </w:t>
            </w:r>
          </w:p>
        </w:tc>
      </w:tr>
      <w:tr w:rsidR="00E631B5" w14:paraId="327A9780" w14:textId="77777777" w:rsidTr="00E631B5">
        <w:trPr>
          <w:trHeight w:val="328"/>
        </w:trPr>
        <w:tc>
          <w:tcPr>
            <w:tcW w:w="10656" w:type="dxa"/>
            <w:gridSpan w:val="5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8369B2" w14:textId="070A9FA5" w:rsidR="00E631B5" w:rsidRPr="00E631B5" w:rsidRDefault="00E631B5">
            <w:pPr>
              <w:rPr>
                <w:b/>
                <w:bCs/>
                <w:szCs w:val="17"/>
              </w:rPr>
            </w:pPr>
            <w:r w:rsidRPr="00E631B5">
              <w:rPr>
                <w:b/>
                <w:bCs/>
                <w:szCs w:val="17"/>
              </w:rPr>
              <w:t>Referral type</w:t>
            </w:r>
            <w:r>
              <w:rPr>
                <w:b/>
                <w:bCs/>
                <w:szCs w:val="17"/>
              </w:rPr>
              <w:t xml:space="preserve"> </w:t>
            </w:r>
          </w:p>
        </w:tc>
      </w:tr>
      <w:tr w:rsidR="00D55EEC" w14:paraId="11058DB1" w14:textId="77777777" w:rsidTr="004B3563">
        <w:tc>
          <w:tcPr>
            <w:tcW w:w="5103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41B546" w14:textId="129A18EE" w:rsidR="00D55EEC" w:rsidRPr="00E631B5" w:rsidRDefault="00BA672C">
            <w:pPr>
              <w:rPr>
                <w:szCs w:val="17"/>
              </w:rPr>
            </w:pPr>
            <w:r w:rsidRPr="00E631B5">
              <w:rPr>
                <w:szCs w:val="17"/>
              </w:rPr>
              <w:t>☐</w:t>
            </w:r>
            <w:r w:rsidR="00E631B5" w:rsidRPr="00E631B5">
              <w:rPr>
                <w:szCs w:val="17"/>
              </w:rPr>
              <w:t xml:space="preserve"> Life-threatening conditions for which curative treatment may be feasible but can fail</w:t>
            </w:r>
          </w:p>
        </w:tc>
        <w:tc>
          <w:tcPr>
            <w:tcW w:w="5553" w:type="dxa"/>
            <w:gridSpan w:val="3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D3EBB0" w14:textId="104264C7" w:rsidR="00D55EEC" w:rsidRPr="00E631B5" w:rsidRDefault="00BA672C">
            <w:pPr>
              <w:rPr>
                <w:szCs w:val="17"/>
              </w:rPr>
            </w:pPr>
            <w:r w:rsidRPr="00E631B5">
              <w:rPr>
                <w:szCs w:val="17"/>
              </w:rPr>
              <w:t>☐</w:t>
            </w:r>
            <w:r w:rsidR="00E631B5" w:rsidRPr="00E631B5">
              <w:rPr>
                <w:szCs w:val="17"/>
              </w:rPr>
              <w:t xml:space="preserve"> Conditions </w:t>
            </w:r>
            <w:proofErr w:type="spellStart"/>
            <w:r w:rsidR="00E631B5" w:rsidRPr="00E631B5">
              <w:rPr>
                <w:szCs w:val="17"/>
              </w:rPr>
              <w:t>where</w:t>
            </w:r>
            <w:proofErr w:type="spellEnd"/>
            <w:r w:rsidR="00E631B5" w:rsidRPr="00E631B5">
              <w:rPr>
                <w:szCs w:val="17"/>
              </w:rPr>
              <w:t xml:space="preserve"> premature death is inevitable</w:t>
            </w:r>
          </w:p>
        </w:tc>
      </w:tr>
      <w:tr w:rsidR="00BA672C" w14:paraId="628B517A" w14:textId="77777777" w:rsidTr="004B3563">
        <w:tc>
          <w:tcPr>
            <w:tcW w:w="5103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196F1C" w14:textId="11F3F390" w:rsidR="00BA672C" w:rsidRPr="00E631B5" w:rsidRDefault="00BA672C">
            <w:pPr>
              <w:rPr>
                <w:szCs w:val="17"/>
              </w:rPr>
            </w:pPr>
            <w:r w:rsidRPr="00E631B5">
              <w:rPr>
                <w:szCs w:val="17"/>
              </w:rPr>
              <w:t>☐</w:t>
            </w:r>
            <w:r w:rsidR="00E631B5" w:rsidRPr="00E631B5">
              <w:rPr>
                <w:szCs w:val="17"/>
              </w:rPr>
              <w:t xml:space="preserve"> Progressive conditions without curative treatment options (Please also complete Appendix A)</w:t>
            </w:r>
          </w:p>
        </w:tc>
        <w:tc>
          <w:tcPr>
            <w:tcW w:w="5553" w:type="dxa"/>
            <w:gridSpan w:val="3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C8344D" w14:textId="771C58B1" w:rsidR="00BA672C" w:rsidRPr="00E631B5" w:rsidRDefault="00BA672C">
            <w:pPr>
              <w:rPr>
                <w:szCs w:val="17"/>
              </w:rPr>
            </w:pPr>
            <w:r w:rsidRPr="00E631B5">
              <w:rPr>
                <w:szCs w:val="17"/>
              </w:rPr>
              <w:t>☐</w:t>
            </w:r>
            <w:r w:rsidR="00E631B5" w:rsidRPr="00E631B5">
              <w:rPr>
                <w:szCs w:val="17"/>
              </w:rPr>
              <w:t xml:space="preserve"> Irreversible but non-progressive conditions causing severe disability, leading to susceptibility to death</w:t>
            </w:r>
          </w:p>
        </w:tc>
      </w:tr>
      <w:tr w:rsidR="00BA672C" w14:paraId="2CE48CD2" w14:textId="77777777" w:rsidTr="004B3563">
        <w:tc>
          <w:tcPr>
            <w:tcW w:w="5103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C1978E" w14:textId="04C292B8" w:rsidR="00BA672C" w:rsidRPr="00E631B5" w:rsidRDefault="00BA672C">
            <w:pPr>
              <w:rPr>
                <w:szCs w:val="17"/>
              </w:rPr>
            </w:pPr>
            <w:r w:rsidRPr="00E631B5">
              <w:rPr>
                <w:szCs w:val="17"/>
              </w:rPr>
              <w:t>☐</w:t>
            </w:r>
            <w:r w:rsidR="00E631B5" w:rsidRPr="00E631B5">
              <w:rPr>
                <w:szCs w:val="17"/>
              </w:rPr>
              <w:t xml:space="preserve"> EOL referral only</w:t>
            </w:r>
          </w:p>
        </w:tc>
        <w:tc>
          <w:tcPr>
            <w:tcW w:w="5553" w:type="dxa"/>
            <w:gridSpan w:val="3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DFDB15" w14:textId="1D6251CF" w:rsidR="00BA672C" w:rsidRPr="00E631B5" w:rsidRDefault="00BA672C">
            <w:pPr>
              <w:rPr>
                <w:szCs w:val="17"/>
              </w:rPr>
            </w:pPr>
            <w:r w:rsidRPr="00E631B5">
              <w:rPr>
                <w:szCs w:val="17"/>
              </w:rPr>
              <w:t>☐</w:t>
            </w:r>
            <w:r w:rsidR="00E631B5" w:rsidRPr="00E631B5">
              <w:rPr>
                <w:szCs w:val="17"/>
              </w:rPr>
              <w:t xml:space="preserve"> Bereavement support only</w:t>
            </w:r>
          </w:p>
        </w:tc>
      </w:tr>
    </w:tbl>
    <w:p w14:paraId="56FB261C" w14:textId="77777777" w:rsidR="00D55EEC" w:rsidRDefault="003908EC">
      <w:pPr>
        <w:spacing w:before="160" w:after="60"/>
      </w:pPr>
      <w:r>
        <w:rPr>
          <w:b/>
          <w:color w:val="264796"/>
          <w:sz w:val="24"/>
        </w:rPr>
        <w:t>2. Child / young person details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28"/>
        <w:gridCol w:w="3019"/>
        <w:gridCol w:w="2157"/>
        <w:gridCol w:w="3234"/>
        <w:gridCol w:w="18"/>
      </w:tblGrid>
      <w:tr w:rsidR="008105BD" w14:paraId="3060FCE5" w14:textId="77777777">
        <w:trPr>
          <w:gridAfter w:val="1"/>
          <w:wAfter w:w="18" w:type="dxa"/>
        </w:trPr>
        <w:tc>
          <w:tcPr>
            <w:tcW w:w="10656" w:type="dxa"/>
            <w:gridSpan w:val="4"/>
            <w:shd w:val="clear" w:color="auto" w:fill="EAF1FB"/>
          </w:tcPr>
          <w:p w14:paraId="7BF1E77F" w14:textId="77777777" w:rsidR="00D55EEC" w:rsidRDefault="00D55EEC">
            <w:pPr>
              <w:spacing w:after="0" w:line="40" w:lineRule="exact"/>
            </w:pPr>
          </w:p>
        </w:tc>
      </w:tr>
      <w:tr w:rsidR="00D55EEC" w14:paraId="638860DC" w14:textId="77777777">
        <w:tc>
          <w:tcPr>
            <w:tcW w:w="2232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6C64B2" w14:textId="77777777" w:rsidR="00D55EEC" w:rsidRDefault="003908EC">
            <w:r>
              <w:rPr>
                <w:b/>
                <w:color w:val="C00000"/>
              </w:rPr>
              <w:t>*First name</w:t>
            </w:r>
          </w:p>
        </w:tc>
        <w:tc>
          <w:tcPr>
            <w:tcW w:w="302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5FF9E6" w14:textId="77777777" w:rsidR="00D55EEC" w:rsidRDefault="003908EC">
            <w:r>
              <w:rPr>
                <w:b/>
                <w:color w:val="C00000"/>
              </w:rPr>
              <w:t>*Surname</w:t>
            </w:r>
          </w:p>
        </w:tc>
        <w:tc>
          <w:tcPr>
            <w:tcW w:w="2160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02C280" w14:textId="77777777" w:rsidR="00D55EEC" w:rsidRDefault="003908EC">
            <w:r>
              <w:rPr>
                <w:b/>
              </w:rPr>
              <w:t>Known as</w:t>
            </w:r>
          </w:p>
        </w:tc>
        <w:tc>
          <w:tcPr>
            <w:tcW w:w="3240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EC6917" w14:textId="77777777" w:rsidR="00D55EEC" w:rsidRDefault="003908EC">
            <w:r>
              <w:rPr>
                <w:b/>
                <w:color w:val="C00000"/>
              </w:rPr>
              <w:t>*Date of birth</w:t>
            </w:r>
          </w:p>
        </w:tc>
      </w:tr>
      <w:tr w:rsidR="00D55EEC" w14:paraId="3426F6FD" w14:textId="77777777">
        <w:tc>
          <w:tcPr>
            <w:tcW w:w="2232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F8B908" w14:textId="77777777" w:rsidR="00D55EEC" w:rsidRDefault="003908EC">
            <w:r>
              <w:rPr>
                <w:b/>
                <w:color w:val="C00000"/>
              </w:rPr>
              <w:t>*Gender</w:t>
            </w:r>
          </w:p>
        </w:tc>
        <w:tc>
          <w:tcPr>
            <w:tcW w:w="302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DF2AF8" w14:textId="77777777" w:rsidR="00D55EEC" w:rsidRDefault="003908EC">
            <w:r>
              <w:rPr>
                <w:b/>
                <w:color w:val="C00000"/>
              </w:rPr>
              <w:t>*NHS number</w:t>
            </w:r>
          </w:p>
        </w:tc>
        <w:tc>
          <w:tcPr>
            <w:tcW w:w="2160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803560" w14:textId="77777777" w:rsidR="00D55EEC" w:rsidRDefault="003908EC">
            <w:r>
              <w:rPr>
                <w:b/>
                <w:color w:val="C00000"/>
              </w:rPr>
              <w:t>*Telephone</w:t>
            </w:r>
          </w:p>
        </w:tc>
        <w:tc>
          <w:tcPr>
            <w:tcW w:w="3240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8C8715" w14:textId="77777777" w:rsidR="00D55EEC" w:rsidRDefault="003908EC">
            <w:r>
              <w:rPr>
                <w:b/>
              </w:rPr>
              <w:t>Email</w:t>
            </w:r>
          </w:p>
        </w:tc>
      </w:tr>
      <w:tr w:rsidR="00D55EEC" w14:paraId="5EE4D26C" w14:textId="77777777">
        <w:tc>
          <w:tcPr>
            <w:tcW w:w="7416" w:type="dxa"/>
            <w:gridSpan w:val="3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DE10E4" w14:textId="77777777" w:rsidR="00D55EEC" w:rsidRDefault="003908EC">
            <w:r>
              <w:rPr>
                <w:b/>
                <w:color w:val="C00000"/>
              </w:rPr>
              <w:t>*Address</w:t>
            </w:r>
          </w:p>
          <w:p w14:paraId="4284BB3A" w14:textId="77777777" w:rsidR="00D55EEC" w:rsidRDefault="00D55EEC"/>
        </w:tc>
        <w:tc>
          <w:tcPr>
            <w:tcW w:w="3240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C428D3" w14:textId="77777777" w:rsidR="00D55EEC" w:rsidRDefault="003908EC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*Postcode</w:t>
            </w:r>
          </w:p>
          <w:p w14:paraId="790F66B9" w14:textId="77777777" w:rsidR="001573E7" w:rsidRDefault="001573E7"/>
        </w:tc>
      </w:tr>
      <w:tr w:rsidR="00D55EEC" w14:paraId="0BF1C733" w14:textId="77777777">
        <w:tc>
          <w:tcPr>
            <w:tcW w:w="5256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4E7A77" w14:textId="77777777" w:rsidR="00E631B5" w:rsidRPr="001573E7" w:rsidRDefault="001573E7">
            <w:pPr>
              <w:rPr>
                <w:b/>
                <w:bCs/>
              </w:rPr>
            </w:pPr>
            <w:r w:rsidRPr="001573E7">
              <w:rPr>
                <w:b/>
                <w:bCs/>
              </w:rPr>
              <w:t>Ethnic group</w:t>
            </w:r>
          </w:p>
          <w:p w14:paraId="657930FB" w14:textId="6B8A3937" w:rsidR="001573E7" w:rsidRDefault="001573E7"/>
        </w:tc>
        <w:tc>
          <w:tcPr>
            <w:tcW w:w="5400" w:type="dxa"/>
            <w:gridSpan w:val="3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C30E2A" w14:textId="31D21455" w:rsidR="00D55EEC" w:rsidRDefault="001573E7">
            <w:r w:rsidRPr="001573E7">
              <w:rPr>
                <w:b/>
                <w:bCs/>
              </w:rPr>
              <w:t>First</w:t>
            </w:r>
            <w:r>
              <w:t xml:space="preserve"> </w:t>
            </w:r>
            <w:r w:rsidRPr="001573E7">
              <w:rPr>
                <w:b/>
                <w:bCs/>
              </w:rPr>
              <w:t>language</w:t>
            </w:r>
          </w:p>
          <w:p w14:paraId="73EAA611" w14:textId="77777777" w:rsidR="00E631B5" w:rsidRDefault="00E631B5"/>
        </w:tc>
      </w:tr>
      <w:tr w:rsidR="00D55EEC" w14:paraId="37EE4C20" w14:textId="77777777">
        <w:tc>
          <w:tcPr>
            <w:tcW w:w="5256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3F2315" w14:textId="77777777" w:rsidR="00D55EEC" w:rsidRDefault="003908EC">
            <w:pPr>
              <w:rPr>
                <w:b/>
              </w:rPr>
            </w:pPr>
            <w:r>
              <w:rPr>
                <w:b/>
              </w:rPr>
              <w:t>Primary communication needs</w:t>
            </w:r>
          </w:p>
          <w:p w14:paraId="51EA9BE5" w14:textId="45769525" w:rsidR="001573E7" w:rsidRDefault="001573E7"/>
        </w:tc>
        <w:tc>
          <w:tcPr>
            <w:tcW w:w="5400" w:type="dxa"/>
            <w:gridSpan w:val="3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F58696" w14:textId="77777777" w:rsidR="00D67C48" w:rsidRDefault="003908EC" w:rsidP="001573E7">
            <w:pPr>
              <w:rPr>
                <w:b/>
              </w:rPr>
            </w:pPr>
            <w:r>
              <w:rPr>
                <w:b/>
              </w:rPr>
              <w:t>Acce</w:t>
            </w:r>
            <w:r w:rsidR="001573E7">
              <w:rPr>
                <w:b/>
              </w:rPr>
              <w:t>s</w:t>
            </w:r>
            <w:r>
              <w:rPr>
                <w:b/>
              </w:rPr>
              <w:t>sibility / mobility needs</w:t>
            </w:r>
          </w:p>
          <w:p w14:paraId="26B990A2" w14:textId="3355A64F" w:rsidR="001573E7" w:rsidRPr="001573E7" w:rsidRDefault="001573E7" w:rsidP="001573E7">
            <w:pPr>
              <w:rPr>
                <w:b/>
              </w:rPr>
            </w:pPr>
          </w:p>
        </w:tc>
      </w:tr>
    </w:tbl>
    <w:p w14:paraId="4BEB4715" w14:textId="4B3F3946" w:rsidR="00D55EEC" w:rsidRDefault="003908EC">
      <w:pPr>
        <w:spacing w:before="160" w:after="60"/>
      </w:pPr>
      <w:r>
        <w:rPr>
          <w:b/>
          <w:color w:val="264796"/>
          <w:sz w:val="24"/>
        </w:rPr>
        <w:lastRenderedPageBreak/>
        <w:t>3. Clinical information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38"/>
        <w:gridCol w:w="18"/>
      </w:tblGrid>
      <w:tr w:rsidR="008105BD" w14:paraId="1590C1E9" w14:textId="77777777" w:rsidTr="00BA672C">
        <w:trPr>
          <w:gridAfter w:val="1"/>
          <w:wAfter w:w="18" w:type="dxa"/>
        </w:trPr>
        <w:tc>
          <w:tcPr>
            <w:tcW w:w="10638" w:type="dxa"/>
            <w:shd w:val="clear" w:color="auto" w:fill="EAF1FB"/>
          </w:tcPr>
          <w:p w14:paraId="1C12DA35" w14:textId="77777777" w:rsidR="00D55EEC" w:rsidRDefault="00D55EEC">
            <w:pPr>
              <w:spacing w:after="0" w:line="40" w:lineRule="exact"/>
            </w:pPr>
          </w:p>
        </w:tc>
      </w:tr>
      <w:tr w:rsidR="00D55EEC" w14:paraId="463ABA86" w14:textId="77777777">
        <w:tc>
          <w:tcPr>
            <w:tcW w:w="10656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5AFA22" w14:textId="77777777" w:rsidR="00D55EEC" w:rsidRDefault="003908EC">
            <w:r>
              <w:rPr>
                <w:b/>
                <w:color w:val="C00000"/>
              </w:rPr>
              <w:t>*Diagnosis and likely prognosis</w:t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D55EEC" w14:paraId="20E46874" w14:textId="77777777">
        <w:tc>
          <w:tcPr>
            <w:tcW w:w="10656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128E28" w14:textId="77777777" w:rsidR="00D55EEC" w:rsidRDefault="003908EC">
            <w:r>
              <w:rPr>
                <w:b/>
              </w:rPr>
              <w:t>Brief medical history</w:t>
            </w:r>
            <w:r>
              <w:br/>
              <w:t>Summary of clinical care over the last 12 months, including changes in symptoms, admissions and interventions.</w:t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D55EEC" w14:paraId="7AD1AB19" w14:textId="77777777">
        <w:tc>
          <w:tcPr>
            <w:tcW w:w="10656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87EE66" w14:textId="77777777" w:rsidR="00D55EEC" w:rsidRDefault="003908EC">
            <w:r>
              <w:rPr>
                <w:b/>
              </w:rPr>
              <w:t>Current symptoms, risks or needs</w:t>
            </w:r>
            <w:r>
              <w:br/>
              <w:t>Include pain, seizures, respiratory support, feeding, medication, mobility, sleep, safeguarding or family pressures where relevant.</w:t>
            </w:r>
            <w:r>
              <w:br/>
            </w:r>
            <w:r>
              <w:br/>
            </w:r>
            <w:r>
              <w:br/>
            </w:r>
          </w:p>
        </w:tc>
      </w:tr>
      <w:tr w:rsidR="00D55EEC" w14:paraId="3AFDECEC" w14:textId="77777777">
        <w:tc>
          <w:tcPr>
            <w:tcW w:w="10656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9DDB96" w14:textId="11A0A949" w:rsidR="00D05EA7" w:rsidRDefault="003908EC">
            <w:r>
              <w:rPr>
                <w:b/>
              </w:rPr>
              <w:t>Awareness and discussions</w:t>
            </w:r>
            <w:r>
              <w:br/>
              <w:t>Diagnosis/prognosis discussed with parent/guardian: ☐ Yes   ☐ No   ☐ Not appropriate/known</w:t>
            </w:r>
            <w:r>
              <w:br/>
              <w:t>Child/young person aware of diagnosis: ☐ Yes   ☐ No   ☐ Partly   ☐ Not appropriate/known</w:t>
            </w:r>
            <w:r>
              <w:br/>
              <w:t>Child/young person aware of referral: ☐ Yes   ☐ No   ☐ Partly   ☐ Not appropriate/known</w:t>
            </w:r>
          </w:p>
        </w:tc>
      </w:tr>
      <w:tr w:rsidR="00D55EEC" w14:paraId="00A1BD9F" w14:textId="77777777">
        <w:tc>
          <w:tcPr>
            <w:tcW w:w="10656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76F4FF" w14:textId="66E80F17" w:rsidR="00D55EEC" w:rsidRDefault="003908EC">
            <w:r>
              <w:rPr>
                <w:b/>
              </w:rPr>
              <w:t>Advance Care Planning</w:t>
            </w:r>
            <w:r>
              <w:br/>
              <w:t>Family engaged in Advance Care Plan conversations: ☐ Yes   ☐ No   ☐ Unknown</w:t>
            </w:r>
            <w:r>
              <w:br/>
              <w:t>Advance Care Plan in place: ☐ Yes   ☐ No   ☐ Unknown</w:t>
            </w:r>
          </w:p>
        </w:tc>
      </w:tr>
    </w:tbl>
    <w:p w14:paraId="3941562F" w14:textId="77777777" w:rsidR="00D55EEC" w:rsidRDefault="003908EC">
      <w:pPr>
        <w:spacing w:before="160" w:after="60"/>
      </w:pPr>
      <w:r>
        <w:rPr>
          <w:b/>
          <w:color w:val="264796"/>
          <w:sz w:val="24"/>
        </w:rPr>
        <w:t>4. Family, guardianship and safeguarding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"/>
        <w:gridCol w:w="2503"/>
        <w:gridCol w:w="2615"/>
        <w:gridCol w:w="148"/>
        <w:gridCol w:w="59"/>
        <w:gridCol w:w="2408"/>
        <w:gridCol w:w="2088"/>
        <w:gridCol w:w="829"/>
      </w:tblGrid>
      <w:tr w:rsidR="008105BD" w14:paraId="58836B1B" w14:textId="77777777" w:rsidTr="001573E7">
        <w:trPr>
          <w:gridAfter w:val="1"/>
          <w:wAfter w:w="829" w:type="dxa"/>
        </w:trPr>
        <w:tc>
          <w:tcPr>
            <w:tcW w:w="9827" w:type="dxa"/>
            <w:gridSpan w:val="7"/>
            <w:shd w:val="clear" w:color="auto" w:fill="EAF1FB"/>
          </w:tcPr>
          <w:p w14:paraId="1A942B88" w14:textId="77777777" w:rsidR="00D55EEC" w:rsidRDefault="00D55EEC">
            <w:pPr>
              <w:spacing w:after="0" w:line="40" w:lineRule="exact"/>
            </w:pPr>
          </w:p>
        </w:tc>
      </w:tr>
      <w:tr w:rsidR="00D55EEC" w14:paraId="068CE2DD" w14:textId="77777777" w:rsidTr="001573E7">
        <w:trPr>
          <w:gridBefore w:val="1"/>
          <w:wBefore w:w="6" w:type="dxa"/>
        </w:trPr>
        <w:tc>
          <w:tcPr>
            <w:tcW w:w="2503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224A07" w14:textId="77777777" w:rsidR="00D55EEC" w:rsidRDefault="003908EC">
            <w:r>
              <w:rPr>
                <w:b/>
                <w:color w:val="C00000"/>
              </w:rPr>
              <w:t>*Parent/guardian 1 name</w:t>
            </w:r>
          </w:p>
        </w:tc>
        <w:tc>
          <w:tcPr>
            <w:tcW w:w="2763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7EC17D" w14:textId="77777777" w:rsidR="00D55EEC" w:rsidRDefault="003908EC">
            <w:r>
              <w:rPr>
                <w:b/>
              </w:rPr>
              <w:t>Relationship</w:t>
            </w:r>
          </w:p>
        </w:tc>
        <w:tc>
          <w:tcPr>
            <w:tcW w:w="2467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D1B52C" w14:textId="77777777" w:rsidR="00D55EEC" w:rsidRDefault="003908EC">
            <w:r>
              <w:rPr>
                <w:b/>
              </w:rPr>
              <w:t>Parental responsibility</w:t>
            </w:r>
            <w:r>
              <w:br/>
              <w:t>☐ Yes   ☐ No</w:t>
            </w:r>
          </w:p>
        </w:tc>
        <w:tc>
          <w:tcPr>
            <w:tcW w:w="2917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202DE0" w14:textId="77777777" w:rsidR="00D55EEC" w:rsidRDefault="003908EC">
            <w:r>
              <w:rPr>
                <w:b/>
              </w:rPr>
              <w:t>Main telephone</w:t>
            </w:r>
          </w:p>
        </w:tc>
      </w:tr>
      <w:tr w:rsidR="00D55EEC" w14:paraId="4D88E4A9" w14:textId="77777777" w:rsidTr="001573E7">
        <w:trPr>
          <w:gridBefore w:val="1"/>
          <w:wBefore w:w="6" w:type="dxa"/>
        </w:trPr>
        <w:tc>
          <w:tcPr>
            <w:tcW w:w="2503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90932E" w14:textId="03A602A3" w:rsidR="00D67C48" w:rsidRPr="001573E7" w:rsidRDefault="003908EC">
            <w:pPr>
              <w:rPr>
                <w:b/>
              </w:rPr>
            </w:pPr>
            <w:r>
              <w:rPr>
                <w:b/>
              </w:rPr>
              <w:t>Emai</w:t>
            </w:r>
            <w:r w:rsidR="003B7D3E">
              <w:rPr>
                <w:b/>
              </w:rPr>
              <w:t>l</w:t>
            </w:r>
          </w:p>
          <w:p w14:paraId="65E7EEC2" w14:textId="45DA7909" w:rsidR="00D67C48" w:rsidRDefault="00D67C48"/>
        </w:tc>
        <w:tc>
          <w:tcPr>
            <w:tcW w:w="5230" w:type="dxa"/>
            <w:gridSpan w:val="4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BF6458" w14:textId="77777777" w:rsidR="00D55EEC" w:rsidRDefault="003908EC">
            <w:r>
              <w:rPr>
                <w:b/>
              </w:rPr>
              <w:t>Address if different from child</w:t>
            </w:r>
          </w:p>
          <w:p w14:paraId="02792B9C" w14:textId="77777777" w:rsidR="00D67C48" w:rsidRDefault="00D67C48"/>
        </w:tc>
        <w:tc>
          <w:tcPr>
            <w:tcW w:w="2917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482512" w14:textId="77777777" w:rsidR="00D55EEC" w:rsidRDefault="003908EC">
            <w:pPr>
              <w:rPr>
                <w:b/>
              </w:rPr>
            </w:pPr>
            <w:r>
              <w:rPr>
                <w:b/>
              </w:rPr>
              <w:t>Postcode</w:t>
            </w:r>
          </w:p>
          <w:p w14:paraId="7D8AB684" w14:textId="77777777" w:rsidR="00D67C48" w:rsidRDefault="00D67C48"/>
        </w:tc>
      </w:tr>
      <w:tr w:rsidR="001573E7" w14:paraId="6968B6BB" w14:textId="77777777" w:rsidTr="00043500">
        <w:trPr>
          <w:gridBefore w:val="1"/>
          <w:wBefore w:w="6" w:type="dxa"/>
        </w:trPr>
        <w:tc>
          <w:tcPr>
            <w:tcW w:w="5325" w:type="dxa"/>
            <w:gridSpan w:val="4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274B32" w14:textId="35EF7E8C" w:rsidR="001573E7" w:rsidRDefault="001573E7">
            <w:pPr>
              <w:rPr>
                <w:b/>
              </w:rPr>
            </w:pPr>
            <w:r>
              <w:rPr>
                <w:b/>
              </w:rPr>
              <w:t>First Language:</w:t>
            </w:r>
          </w:p>
        </w:tc>
        <w:tc>
          <w:tcPr>
            <w:tcW w:w="5325" w:type="dxa"/>
            <w:gridSpan w:val="3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vAlign w:val="center"/>
          </w:tcPr>
          <w:p w14:paraId="17D53541" w14:textId="19DD61B4" w:rsidR="001573E7" w:rsidRDefault="001573E7">
            <w:pPr>
              <w:rPr>
                <w:b/>
              </w:rPr>
            </w:pPr>
            <w:r>
              <w:rPr>
                <w:b/>
              </w:rPr>
              <w:t>Is an interpreter needed:</w:t>
            </w:r>
          </w:p>
        </w:tc>
      </w:tr>
      <w:tr w:rsidR="00D55EEC" w14:paraId="10337431" w14:textId="77777777" w:rsidTr="001573E7">
        <w:trPr>
          <w:gridBefore w:val="1"/>
          <w:wBefore w:w="6" w:type="dxa"/>
        </w:trPr>
        <w:tc>
          <w:tcPr>
            <w:tcW w:w="2503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B8F7CC" w14:textId="4F6047DC" w:rsidR="00D55EEC" w:rsidRDefault="003908EC">
            <w:r w:rsidRPr="00E631B5">
              <w:rPr>
                <w:b/>
              </w:rPr>
              <w:t>Parent/guardian 2 name</w:t>
            </w:r>
          </w:p>
        </w:tc>
        <w:tc>
          <w:tcPr>
            <w:tcW w:w="2763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06FCC4" w14:textId="77777777" w:rsidR="00D55EEC" w:rsidRDefault="003908EC">
            <w:r>
              <w:rPr>
                <w:b/>
              </w:rPr>
              <w:t>Relationship</w:t>
            </w:r>
          </w:p>
        </w:tc>
        <w:tc>
          <w:tcPr>
            <w:tcW w:w="2467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1BB2C2" w14:textId="77777777" w:rsidR="00D55EEC" w:rsidRDefault="003908EC">
            <w:r>
              <w:rPr>
                <w:b/>
              </w:rPr>
              <w:t>Parental responsibility</w:t>
            </w:r>
            <w:r>
              <w:br/>
              <w:t>☐ Yes   ☐ No</w:t>
            </w:r>
          </w:p>
        </w:tc>
        <w:tc>
          <w:tcPr>
            <w:tcW w:w="2917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A5A83A" w14:textId="6DA411C3" w:rsidR="00E631B5" w:rsidRPr="00E631B5" w:rsidRDefault="003908EC">
            <w:pPr>
              <w:rPr>
                <w:b/>
              </w:rPr>
            </w:pPr>
            <w:r>
              <w:rPr>
                <w:b/>
              </w:rPr>
              <w:t>Main telephone</w:t>
            </w:r>
          </w:p>
        </w:tc>
      </w:tr>
      <w:tr w:rsidR="00D55EEC" w14:paraId="4C94EB12" w14:textId="77777777" w:rsidTr="001573E7">
        <w:trPr>
          <w:gridBefore w:val="1"/>
          <w:wBefore w:w="6" w:type="dxa"/>
          <w:trHeight w:val="15"/>
        </w:trPr>
        <w:tc>
          <w:tcPr>
            <w:tcW w:w="2503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29C0A6" w14:textId="0A389388" w:rsidR="00D67C48" w:rsidRDefault="003908EC">
            <w:pPr>
              <w:rPr>
                <w:b/>
              </w:rPr>
            </w:pPr>
            <w:r>
              <w:rPr>
                <w:b/>
              </w:rPr>
              <w:t>Em</w:t>
            </w:r>
            <w:r w:rsidR="001573E7">
              <w:rPr>
                <w:b/>
              </w:rPr>
              <w:t>a</w:t>
            </w:r>
            <w:r>
              <w:rPr>
                <w:b/>
              </w:rPr>
              <w:t>il</w:t>
            </w:r>
          </w:p>
          <w:p w14:paraId="20FD3B58" w14:textId="77777777" w:rsidR="00E631B5" w:rsidRDefault="00E631B5"/>
        </w:tc>
        <w:tc>
          <w:tcPr>
            <w:tcW w:w="5230" w:type="dxa"/>
            <w:gridSpan w:val="4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D4EC82" w14:textId="3E020304" w:rsidR="00D55EEC" w:rsidRDefault="003908EC">
            <w:r>
              <w:rPr>
                <w:b/>
              </w:rPr>
              <w:t>Address if different from child</w:t>
            </w:r>
          </w:p>
          <w:p w14:paraId="2BC7AF05" w14:textId="77777777" w:rsidR="00D67C48" w:rsidRDefault="00D67C48"/>
        </w:tc>
        <w:tc>
          <w:tcPr>
            <w:tcW w:w="2917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134453" w14:textId="6E3A94DB" w:rsidR="00D67C48" w:rsidRDefault="003908EC">
            <w:pPr>
              <w:rPr>
                <w:b/>
              </w:rPr>
            </w:pPr>
            <w:r>
              <w:rPr>
                <w:b/>
              </w:rPr>
              <w:t>Postcode</w:t>
            </w:r>
          </w:p>
          <w:p w14:paraId="269210A2" w14:textId="77777777" w:rsidR="00E631B5" w:rsidRDefault="00E631B5"/>
        </w:tc>
      </w:tr>
      <w:tr w:rsidR="001573E7" w14:paraId="462A0606" w14:textId="77777777" w:rsidTr="000A5D7D">
        <w:trPr>
          <w:gridBefore w:val="1"/>
          <w:wBefore w:w="6" w:type="dxa"/>
        </w:trPr>
        <w:tc>
          <w:tcPr>
            <w:tcW w:w="5118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05137C" w14:textId="58D3F955" w:rsidR="001573E7" w:rsidRDefault="001573E7" w:rsidP="001573E7">
            <w:pPr>
              <w:rPr>
                <w:b/>
              </w:rPr>
            </w:pPr>
            <w:r>
              <w:rPr>
                <w:b/>
              </w:rPr>
              <w:t>First Language:</w:t>
            </w:r>
          </w:p>
        </w:tc>
        <w:tc>
          <w:tcPr>
            <w:tcW w:w="5532" w:type="dxa"/>
            <w:gridSpan w:val="5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vAlign w:val="center"/>
          </w:tcPr>
          <w:p w14:paraId="41ED42D7" w14:textId="57112A5D" w:rsidR="001573E7" w:rsidRDefault="001573E7" w:rsidP="001573E7">
            <w:pPr>
              <w:rPr>
                <w:b/>
              </w:rPr>
            </w:pPr>
            <w:r>
              <w:rPr>
                <w:b/>
              </w:rPr>
              <w:t>Is an interpreter needed:</w:t>
            </w:r>
          </w:p>
        </w:tc>
      </w:tr>
      <w:tr w:rsidR="001573E7" w14:paraId="77592AE2" w14:textId="77777777" w:rsidTr="001573E7">
        <w:trPr>
          <w:gridBefore w:val="1"/>
          <w:wBefore w:w="6" w:type="dxa"/>
          <w:trHeight w:val="1212"/>
        </w:trPr>
        <w:tc>
          <w:tcPr>
            <w:tcW w:w="10650" w:type="dxa"/>
            <w:gridSpan w:val="7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44ED87" w14:textId="37806BFF" w:rsidR="001573E7" w:rsidRDefault="001573E7" w:rsidP="001573E7">
            <w:r>
              <w:rPr>
                <w:b/>
              </w:rPr>
              <w:lastRenderedPageBreak/>
              <w:t>Legal guardian / parental responsibility notes</w:t>
            </w:r>
            <w:r>
              <w:br/>
              <w:t>If not parents, give name, address, relationship and contact details.</w:t>
            </w:r>
            <w:r>
              <w:br/>
            </w:r>
            <w:r>
              <w:br/>
            </w:r>
          </w:p>
        </w:tc>
      </w:tr>
      <w:tr w:rsidR="001573E7" w14:paraId="20D79362" w14:textId="77777777" w:rsidTr="001573E7">
        <w:trPr>
          <w:gridBefore w:val="1"/>
          <w:wBefore w:w="6" w:type="dxa"/>
        </w:trPr>
        <w:tc>
          <w:tcPr>
            <w:tcW w:w="5266" w:type="dxa"/>
            <w:gridSpan w:val="3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DF6112" w14:textId="07572BDD" w:rsidR="001573E7" w:rsidRDefault="001573E7" w:rsidP="001573E7">
            <w:r>
              <w:rPr>
                <w:b/>
              </w:rPr>
              <w:t>Child protection / child in need / safeguarding plan (Please give details below)</w:t>
            </w:r>
          </w:p>
          <w:p w14:paraId="3DBB3867" w14:textId="77777777" w:rsidR="001573E7" w:rsidRDefault="001573E7" w:rsidP="001573E7">
            <w:pPr>
              <w:rPr>
                <w:sz w:val="16"/>
              </w:rPr>
            </w:pPr>
            <w:r>
              <w:rPr>
                <w:sz w:val="16"/>
              </w:rPr>
              <w:t xml:space="preserve">☐ CIN </w:t>
            </w:r>
            <w:proofErr w:type="gramStart"/>
            <w:r>
              <w:rPr>
                <w:sz w:val="16"/>
              </w:rPr>
              <w:t>plan  ☐</w:t>
            </w:r>
            <w:proofErr w:type="gramEnd"/>
            <w:r>
              <w:rPr>
                <w:sz w:val="16"/>
              </w:rPr>
              <w:t xml:space="preserve"> Child Protection </w:t>
            </w:r>
            <w:proofErr w:type="gramStart"/>
            <w:r>
              <w:rPr>
                <w:sz w:val="16"/>
              </w:rPr>
              <w:t>Plan  ☐</w:t>
            </w:r>
            <w:proofErr w:type="gramEnd"/>
            <w:r>
              <w:rPr>
                <w:sz w:val="16"/>
              </w:rPr>
              <w:t xml:space="preserve"> Safeguarding </w:t>
            </w:r>
            <w:proofErr w:type="gramStart"/>
            <w:r>
              <w:rPr>
                <w:sz w:val="16"/>
              </w:rPr>
              <w:t>Plan  ☐</w:t>
            </w:r>
            <w:proofErr w:type="gramEnd"/>
            <w:r>
              <w:rPr>
                <w:sz w:val="16"/>
              </w:rPr>
              <w:t>Unknown</w:t>
            </w:r>
          </w:p>
          <w:p w14:paraId="4C56E1D8" w14:textId="5F330973" w:rsidR="001573E7" w:rsidRPr="001573E7" w:rsidRDefault="001573E7" w:rsidP="001573E7">
            <w:pPr>
              <w:rPr>
                <w:sz w:val="16"/>
              </w:rPr>
            </w:pPr>
            <w:r>
              <w:rPr>
                <w:sz w:val="16"/>
              </w:rPr>
              <w:t>☐ No Known Plan</w:t>
            </w:r>
          </w:p>
        </w:tc>
        <w:tc>
          <w:tcPr>
            <w:tcW w:w="5384" w:type="dxa"/>
            <w:gridSpan w:val="4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0A7A40" w14:textId="77777777" w:rsidR="001573E7" w:rsidRDefault="001573E7" w:rsidP="001573E7">
            <w:r>
              <w:rPr>
                <w:b/>
              </w:rPr>
              <w:t>Lone worker / home visit risks</w:t>
            </w:r>
            <w:r>
              <w:br/>
              <w:t>Are there any reasons why a home visit by a lone worker should not be undertaken? ☐ No   ☐ Yes - details below</w:t>
            </w:r>
          </w:p>
          <w:p w14:paraId="67CD2E50" w14:textId="77777777" w:rsidR="001573E7" w:rsidRDefault="001573E7" w:rsidP="001573E7"/>
          <w:p w14:paraId="2243DF3B" w14:textId="67C4FD54" w:rsidR="001573E7" w:rsidRDefault="001573E7" w:rsidP="001573E7"/>
        </w:tc>
      </w:tr>
      <w:tr w:rsidR="001573E7" w14:paraId="53A885E2" w14:textId="77777777" w:rsidTr="001573E7">
        <w:trPr>
          <w:gridBefore w:val="1"/>
          <w:wBefore w:w="6" w:type="dxa"/>
        </w:trPr>
        <w:tc>
          <w:tcPr>
            <w:tcW w:w="2503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3DCBE1" w14:textId="77777777" w:rsidR="001573E7" w:rsidRDefault="001573E7" w:rsidP="001573E7">
            <w:pPr>
              <w:jc w:val="center"/>
            </w:pPr>
            <w:r>
              <w:rPr>
                <w:b/>
                <w:color w:val="264796"/>
                <w:sz w:val="16"/>
              </w:rPr>
              <w:t>Siblings - name</w:t>
            </w:r>
          </w:p>
        </w:tc>
        <w:tc>
          <w:tcPr>
            <w:tcW w:w="2763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C32FD6" w14:textId="77777777" w:rsidR="001573E7" w:rsidRDefault="001573E7" w:rsidP="001573E7">
            <w:pPr>
              <w:jc w:val="center"/>
            </w:pPr>
            <w:r>
              <w:rPr>
                <w:b/>
                <w:color w:val="264796"/>
                <w:sz w:val="16"/>
              </w:rPr>
              <w:t>Gender</w:t>
            </w:r>
          </w:p>
        </w:tc>
        <w:tc>
          <w:tcPr>
            <w:tcW w:w="2467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0EE7F4" w14:textId="77777777" w:rsidR="001573E7" w:rsidRDefault="001573E7" w:rsidP="001573E7">
            <w:pPr>
              <w:jc w:val="center"/>
            </w:pPr>
            <w:r>
              <w:rPr>
                <w:b/>
                <w:color w:val="264796"/>
                <w:sz w:val="16"/>
              </w:rPr>
              <w:t>Date of birth</w:t>
            </w:r>
          </w:p>
        </w:tc>
        <w:tc>
          <w:tcPr>
            <w:tcW w:w="2917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E552DC" w14:textId="77777777" w:rsidR="001573E7" w:rsidRDefault="001573E7" w:rsidP="001573E7">
            <w:pPr>
              <w:jc w:val="center"/>
            </w:pPr>
            <w:r>
              <w:rPr>
                <w:b/>
                <w:color w:val="264796"/>
                <w:sz w:val="16"/>
              </w:rPr>
              <w:t>Same address?</w:t>
            </w:r>
          </w:p>
        </w:tc>
      </w:tr>
      <w:tr w:rsidR="001573E7" w14:paraId="732F844C" w14:textId="77777777" w:rsidTr="001573E7">
        <w:trPr>
          <w:gridBefore w:val="1"/>
          <w:wBefore w:w="6" w:type="dxa"/>
        </w:trPr>
        <w:tc>
          <w:tcPr>
            <w:tcW w:w="2503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24FF47" w14:textId="77777777" w:rsidR="001573E7" w:rsidRDefault="001573E7" w:rsidP="001573E7"/>
        </w:tc>
        <w:tc>
          <w:tcPr>
            <w:tcW w:w="2763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6207E8" w14:textId="77777777" w:rsidR="001573E7" w:rsidRDefault="001573E7" w:rsidP="001573E7"/>
        </w:tc>
        <w:tc>
          <w:tcPr>
            <w:tcW w:w="2467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D62333" w14:textId="77777777" w:rsidR="001573E7" w:rsidRDefault="001573E7" w:rsidP="001573E7"/>
        </w:tc>
        <w:tc>
          <w:tcPr>
            <w:tcW w:w="2917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115D27" w14:textId="77777777" w:rsidR="001573E7" w:rsidRDefault="001573E7" w:rsidP="001573E7"/>
        </w:tc>
      </w:tr>
      <w:tr w:rsidR="001573E7" w14:paraId="15DC92D9" w14:textId="77777777" w:rsidTr="001573E7">
        <w:trPr>
          <w:gridBefore w:val="1"/>
          <w:wBefore w:w="6" w:type="dxa"/>
        </w:trPr>
        <w:tc>
          <w:tcPr>
            <w:tcW w:w="2503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F33D5E" w14:textId="77777777" w:rsidR="001573E7" w:rsidRDefault="001573E7" w:rsidP="001573E7"/>
        </w:tc>
        <w:tc>
          <w:tcPr>
            <w:tcW w:w="2763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85E60A" w14:textId="77777777" w:rsidR="001573E7" w:rsidRDefault="001573E7" w:rsidP="001573E7"/>
        </w:tc>
        <w:tc>
          <w:tcPr>
            <w:tcW w:w="2467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D6CB86" w14:textId="77777777" w:rsidR="001573E7" w:rsidRDefault="001573E7" w:rsidP="001573E7"/>
        </w:tc>
        <w:tc>
          <w:tcPr>
            <w:tcW w:w="2917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4ABA5E" w14:textId="77777777" w:rsidR="001573E7" w:rsidRDefault="001573E7" w:rsidP="001573E7"/>
        </w:tc>
      </w:tr>
      <w:tr w:rsidR="001573E7" w14:paraId="42CCE62D" w14:textId="77777777" w:rsidTr="001573E7">
        <w:trPr>
          <w:gridBefore w:val="1"/>
          <w:wBefore w:w="6" w:type="dxa"/>
        </w:trPr>
        <w:tc>
          <w:tcPr>
            <w:tcW w:w="2503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FA5B7C" w14:textId="77777777" w:rsidR="001573E7" w:rsidRDefault="001573E7" w:rsidP="001573E7"/>
        </w:tc>
        <w:tc>
          <w:tcPr>
            <w:tcW w:w="2763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9476EB" w14:textId="77777777" w:rsidR="001573E7" w:rsidRDefault="001573E7" w:rsidP="001573E7"/>
        </w:tc>
        <w:tc>
          <w:tcPr>
            <w:tcW w:w="2467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A2EB29" w14:textId="77777777" w:rsidR="001573E7" w:rsidRDefault="001573E7" w:rsidP="001573E7"/>
        </w:tc>
        <w:tc>
          <w:tcPr>
            <w:tcW w:w="2917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248345" w14:textId="77777777" w:rsidR="001573E7" w:rsidRDefault="001573E7" w:rsidP="001573E7"/>
        </w:tc>
      </w:tr>
    </w:tbl>
    <w:p w14:paraId="49A72CC8" w14:textId="77777777" w:rsidR="00D55EEC" w:rsidRDefault="003908EC">
      <w:pPr>
        <w:spacing w:before="160" w:after="60"/>
      </w:pPr>
      <w:r>
        <w:rPr>
          <w:b/>
          <w:color w:val="264796"/>
          <w:sz w:val="24"/>
        </w:rPr>
        <w:t>5. Professionals and current support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56"/>
      </w:tblGrid>
      <w:tr w:rsidR="008105BD" w14:paraId="4E1E52D6" w14:textId="77777777">
        <w:tc>
          <w:tcPr>
            <w:tcW w:w="10656" w:type="dxa"/>
            <w:shd w:val="clear" w:color="auto" w:fill="EAF1FB"/>
          </w:tcPr>
          <w:p w14:paraId="2D6DC5BB" w14:textId="77777777" w:rsidR="00D55EEC" w:rsidRDefault="00D55EEC">
            <w:pPr>
              <w:spacing w:after="0" w:line="40" w:lineRule="exact"/>
            </w:pPr>
          </w:p>
        </w:tc>
      </w:tr>
    </w:tbl>
    <w:p w14:paraId="38120C62" w14:textId="77777777" w:rsidR="00D55EEC" w:rsidRDefault="003908EC">
      <w:pPr>
        <w:spacing w:after="80"/>
      </w:pPr>
      <w:r>
        <w:rPr>
          <w:i/>
          <w:color w:val="5A5A5A"/>
          <w:sz w:val="16"/>
        </w:rPr>
        <w:t>Please give enough detail for Alexander Devine to contact the right professionals quickly. At least one consultant should be listed where involved.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62"/>
        <w:gridCol w:w="2662"/>
        <w:gridCol w:w="2661"/>
        <w:gridCol w:w="2661"/>
      </w:tblGrid>
      <w:tr w:rsidR="00D55EEC" w14:paraId="3F0146D2" w14:textId="77777777"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71D45C" w14:textId="77777777" w:rsidR="00D55EEC" w:rsidRDefault="003908EC">
            <w:pPr>
              <w:jc w:val="center"/>
            </w:pPr>
            <w:r>
              <w:rPr>
                <w:b/>
                <w:color w:val="C00000"/>
                <w:sz w:val="16"/>
              </w:rPr>
              <w:t>*General practitioner</w:t>
            </w:r>
          </w:p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EC8F35" w14:textId="77777777" w:rsidR="00D55EEC" w:rsidRDefault="003908EC">
            <w:pPr>
              <w:jc w:val="center"/>
            </w:pPr>
            <w:r>
              <w:rPr>
                <w:b/>
                <w:color w:val="264796"/>
                <w:sz w:val="16"/>
              </w:rPr>
              <w:t>Telephone</w:t>
            </w:r>
          </w:p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3ED087" w14:textId="77777777" w:rsidR="00D55EEC" w:rsidRDefault="003908EC">
            <w:pPr>
              <w:jc w:val="center"/>
            </w:pPr>
            <w:r>
              <w:rPr>
                <w:b/>
                <w:color w:val="264796"/>
                <w:sz w:val="16"/>
              </w:rPr>
              <w:t>Address</w:t>
            </w:r>
          </w:p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D29094" w14:textId="77777777" w:rsidR="00D55EEC" w:rsidRDefault="003908EC">
            <w:pPr>
              <w:jc w:val="center"/>
            </w:pPr>
            <w:r>
              <w:rPr>
                <w:b/>
                <w:color w:val="264796"/>
                <w:sz w:val="16"/>
              </w:rPr>
              <w:t>Email</w:t>
            </w:r>
          </w:p>
        </w:tc>
      </w:tr>
      <w:tr w:rsidR="00D55EEC" w14:paraId="3ACF5875" w14:textId="77777777" w:rsidTr="001573E7">
        <w:trPr>
          <w:trHeight w:val="438"/>
        </w:trPr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06C3F3" w14:textId="77777777" w:rsidR="00D55EEC" w:rsidRDefault="003908EC">
            <w:r>
              <w:rPr>
                <w:sz w:val="16"/>
              </w:rPr>
              <w:br/>
            </w:r>
          </w:p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981D11" w14:textId="77777777" w:rsidR="00D55EEC" w:rsidRDefault="003908EC">
            <w:r>
              <w:rPr>
                <w:sz w:val="16"/>
              </w:rPr>
              <w:br/>
            </w:r>
          </w:p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9FDC35" w14:textId="77777777" w:rsidR="00D55EEC" w:rsidRDefault="003908EC">
            <w:r>
              <w:rPr>
                <w:sz w:val="16"/>
              </w:rPr>
              <w:br/>
            </w:r>
          </w:p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CFBE97" w14:textId="77777777" w:rsidR="00D55EEC" w:rsidRDefault="003908EC">
            <w:r>
              <w:rPr>
                <w:sz w:val="16"/>
              </w:rPr>
              <w:br/>
            </w:r>
          </w:p>
        </w:tc>
      </w:tr>
    </w:tbl>
    <w:p w14:paraId="3F8163C9" w14:textId="77777777" w:rsidR="00D55EEC" w:rsidRDefault="003908EC">
      <w:pPr>
        <w:spacing w:before="120" w:after="40"/>
      </w:pPr>
      <w:r>
        <w:rPr>
          <w:b/>
          <w:color w:val="C00000"/>
          <w:sz w:val="19"/>
        </w:rPr>
        <w:t>*Consultants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66"/>
        <w:gridCol w:w="2660"/>
        <w:gridCol w:w="2665"/>
        <w:gridCol w:w="2655"/>
      </w:tblGrid>
      <w:tr w:rsidR="00D55EEC" w14:paraId="089A26B0" w14:textId="77777777" w:rsidTr="001573E7">
        <w:tc>
          <w:tcPr>
            <w:tcW w:w="2666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DDE358" w14:textId="77777777" w:rsidR="00D55EEC" w:rsidRDefault="003908EC">
            <w:pPr>
              <w:jc w:val="center"/>
            </w:pPr>
            <w:r>
              <w:rPr>
                <w:b/>
                <w:color w:val="264796"/>
                <w:sz w:val="16"/>
              </w:rPr>
              <w:t>Consultant name</w:t>
            </w:r>
          </w:p>
        </w:tc>
        <w:tc>
          <w:tcPr>
            <w:tcW w:w="2660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679232" w14:textId="77777777" w:rsidR="00D55EEC" w:rsidRDefault="003908EC">
            <w:pPr>
              <w:jc w:val="center"/>
            </w:pPr>
            <w:r>
              <w:rPr>
                <w:b/>
                <w:color w:val="264796"/>
                <w:sz w:val="16"/>
              </w:rPr>
              <w:t>Hospital / service</w:t>
            </w:r>
          </w:p>
        </w:tc>
        <w:tc>
          <w:tcPr>
            <w:tcW w:w="2665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6038DE" w14:textId="77777777" w:rsidR="00D55EEC" w:rsidRDefault="003908EC">
            <w:pPr>
              <w:jc w:val="center"/>
            </w:pPr>
            <w:r>
              <w:rPr>
                <w:b/>
                <w:color w:val="264796"/>
                <w:sz w:val="16"/>
              </w:rPr>
              <w:t>Telephone</w:t>
            </w:r>
          </w:p>
        </w:tc>
        <w:tc>
          <w:tcPr>
            <w:tcW w:w="2655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727908" w14:textId="77777777" w:rsidR="00D55EEC" w:rsidRDefault="003908EC">
            <w:pPr>
              <w:jc w:val="center"/>
            </w:pPr>
            <w:r>
              <w:rPr>
                <w:b/>
                <w:color w:val="264796"/>
                <w:sz w:val="16"/>
              </w:rPr>
              <w:t>Email</w:t>
            </w:r>
          </w:p>
        </w:tc>
      </w:tr>
      <w:tr w:rsidR="00D55EEC" w14:paraId="08F8AFB5" w14:textId="77777777" w:rsidTr="001573E7">
        <w:tc>
          <w:tcPr>
            <w:tcW w:w="2666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CAEE4E" w14:textId="77777777" w:rsidR="00D55EEC" w:rsidRDefault="00D55EEC"/>
        </w:tc>
        <w:tc>
          <w:tcPr>
            <w:tcW w:w="2660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24DAF0" w14:textId="77777777" w:rsidR="00D55EEC" w:rsidRDefault="00D55EEC"/>
        </w:tc>
        <w:tc>
          <w:tcPr>
            <w:tcW w:w="2665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EFF04C" w14:textId="77777777" w:rsidR="00D55EEC" w:rsidRDefault="00D55EEC"/>
        </w:tc>
        <w:tc>
          <w:tcPr>
            <w:tcW w:w="2655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E2558B" w14:textId="77777777" w:rsidR="00D55EEC" w:rsidRDefault="00D55EEC"/>
        </w:tc>
      </w:tr>
      <w:tr w:rsidR="00D55EEC" w14:paraId="23C0B748" w14:textId="77777777" w:rsidTr="001573E7">
        <w:tc>
          <w:tcPr>
            <w:tcW w:w="2666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79700C" w14:textId="77777777" w:rsidR="00D55EEC" w:rsidRDefault="00D55EEC"/>
        </w:tc>
        <w:tc>
          <w:tcPr>
            <w:tcW w:w="2660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CC462B" w14:textId="77777777" w:rsidR="00D55EEC" w:rsidRDefault="00D55EEC"/>
        </w:tc>
        <w:tc>
          <w:tcPr>
            <w:tcW w:w="2665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AC8FDF" w14:textId="77777777" w:rsidR="00D55EEC" w:rsidRDefault="00D55EEC"/>
        </w:tc>
        <w:tc>
          <w:tcPr>
            <w:tcW w:w="2655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185D51" w14:textId="77777777" w:rsidR="00D55EEC" w:rsidRDefault="00D55EEC"/>
        </w:tc>
      </w:tr>
      <w:tr w:rsidR="00D55EEC" w14:paraId="7EC12CAB" w14:textId="77777777" w:rsidTr="001573E7">
        <w:tc>
          <w:tcPr>
            <w:tcW w:w="2666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440A3E" w14:textId="77777777" w:rsidR="00D55EEC" w:rsidRDefault="00D55EEC"/>
        </w:tc>
        <w:tc>
          <w:tcPr>
            <w:tcW w:w="2660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49B222" w14:textId="77777777" w:rsidR="00D55EEC" w:rsidRDefault="00D55EEC"/>
        </w:tc>
        <w:tc>
          <w:tcPr>
            <w:tcW w:w="2665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439260" w14:textId="77777777" w:rsidR="00D55EEC" w:rsidRDefault="00D55EEC"/>
        </w:tc>
        <w:tc>
          <w:tcPr>
            <w:tcW w:w="2655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534669" w14:textId="77777777" w:rsidR="00D55EEC" w:rsidRDefault="00D55EEC"/>
        </w:tc>
      </w:tr>
    </w:tbl>
    <w:p w14:paraId="53DB8625" w14:textId="1AD444A0" w:rsidR="00D55EEC" w:rsidRDefault="003908EC">
      <w:pPr>
        <w:spacing w:before="120" w:after="40"/>
      </w:pPr>
      <w:r>
        <w:rPr>
          <w:b/>
          <w:color w:val="264796"/>
          <w:sz w:val="19"/>
        </w:rPr>
        <w:t>Community team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62"/>
        <w:gridCol w:w="2661"/>
        <w:gridCol w:w="2662"/>
        <w:gridCol w:w="2661"/>
      </w:tblGrid>
      <w:tr w:rsidR="00D55EEC" w14:paraId="6A461CE8" w14:textId="77777777"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B6142E" w14:textId="77777777" w:rsidR="00D55EEC" w:rsidRDefault="003908EC">
            <w:pPr>
              <w:jc w:val="center"/>
            </w:pPr>
            <w:r>
              <w:rPr>
                <w:b/>
                <w:color w:val="264796"/>
                <w:sz w:val="16"/>
              </w:rPr>
              <w:t>Team / professional</w:t>
            </w:r>
          </w:p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310148" w14:textId="77777777" w:rsidR="00D55EEC" w:rsidRDefault="003908EC">
            <w:pPr>
              <w:jc w:val="center"/>
            </w:pPr>
            <w:r>
              <w:rPr>
                <w:b/>
                <w:color w:val="264796"/>
                <w:sz w:val="16"/>
              </w:rPr>
              <w:t>Address / base</w:t>
            </w:r>
          </w:p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0ACF17" w14:textId="77777777" w:rsidR="00D55EEC" w:rsidRDefault="003908EC">
            <w:pPr>
              <w:jc w:val="center"/>
            </w:pPr>
            <w:r>
              <w:rPr>
                <w:b/>
                <w:color w:val="264796"/>
                <w:sz w:val="16"/>
              </w:rPr>
              <w:t>Telephone</w:t>
            </w:r>
          </w:p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B79E70" w14:textId="77777777" w:rsidR="00D55EEC" w:rsidRDefault="003908EC">
            <w:pPr>
              <w:jc w:val="center"/>
            </w:pPr>
            <w:r>
              <w:rPr>
                <w:b/>
                <w:color w:val="264796"/>
                <w:sz w:val="16"/>
              </w:rPr>
              <w:t>Email</w:t>
            </w:r>
          </w:p>
        </w:tc>
      </w:tr>
      <w:tr w:rsidR="00D55EEC" w14:paraId="2DDE149D" w14:textId="77777777"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CFD18A" w14:textId="77777777" w:rsidR="00D55EEC" w:rsidRDefault="00D55EEC"/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A66C22" w14:textId="77777777" w:rsidR="00D55EEC" w:rsidRDefault="00D55EEC"/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8F1563" w14:textId="77777777" w:rsidR="00D55EEC" w:rsidRDefault="00D55EEC"/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346A48" w14:textId="77777777" w:rsidR="00D55EEC" w:rsidRDefault="00D55EEC"/>
        </w:tc>
      </w:tr>
      <w:tr w:rsidR="00D55EEC" w14:paraId="6D91C3C8" w14:textId="77777777"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C99750" w14:textId="77777777" w:rsidR="00D55EEC" w:rsidRDefault="00D55EEC"/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BEAE75" w14:textId="77777777" w:rsidR="00D55EEC" w:rsidRDefault="00D55EEC"/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37828B" w14:textId="77777777" w:rsidR="00D55EEC" w:rsidRDefault="00D55EEC"/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97BF47" w14:textId="77777777" w:rsidR="00D55EEC" w:rsidRDefault="00D55EEC"/>
        </w:tc>
      </w:tr>
    </w:tbl>
    <w:p w14:paraId="01CE3821" w14:textId="77777777" w:rsidR="001573E7" w:rsidRDefault="001573E7">
      <w:pPr>
        <w:spacing w:before="120" w:after="40"/>
        <w:rPr>
          <w:b/>
          <w:color w:val="264796"/>
          <w:sz w:val="19"/>
        </w:rPr>
      </w:pPr>
    </w:p>
    <w:p w14:paraId="7EDAABD6" w14:textId="77777777" w:rsidR="001573E7" w:rsidRDefault="001573E7">
      <w:pPr>
        <w:spacing w:before="120" w:after="40"/>
        <w:rPr>
          <w:b/>
          <w:color w:val="264796"/>
          <w:sz w:val="19"/>
        </w:rPr>
      </w:pPr>
    </w:p>
    <w:p w14:paraId="48D1F36C" w14:textId="77777777" w:rsidR="001573E7" w:rsidRDefault="001573E7">
      <w:pPr>
        <w:spacing w:before="120" w:after="40"/>
        <w:rPr>
          <w:b/>
          <w:color w:val="264796"/>
          <w:sz w:val="19"/>
        </w:rPr>
      </w:pPr>
    </w:p>
    <w:p w14:paraId="40F6BAA2" w14:textId="77777777" w:rsidR="001573E7" w:rsidRDefault="001573E7">
      <w:pPr>
        <w:spacing w:before="120" w:after="40"/>
        <w:rPr>
          <w:b/>
          <w:color w:val="264796"/>
          <w:sz w:val="19"/>
        </w:rPr>
      </w:pPr>
    </w:p>
    <w:p w14:paraId="4B049D75" w14:textId="39746295" w:rsidR="00D55EEC" w:rsidRDefault="003908EC">
      <w:pPr>
        <w:spacing w:before="120" w:after="40"/>
      </w:pPr>
      <w:r>
        <w:rPr>
          <w:b/>
          <w:color w:val="264796"/>
          <w:sz w:val="19"/>
        </w:rPr>
        <w:lastRenderedPageBreak/>
        <w:t>Other professionals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61"/>
        <w:gridCol w:w="2661"/>
        <w:gridCol w:w="2662"/>
        <w:gridCol w:w="2662"/>
      </w:tblGrid>
      <w:tr w:rsidR="00D55EEC" w14:paraId="31F3A6E4" w14:textId="77777777"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196C9F" w14:textId="77777777" w:rsidR="00D55EEC" w:rsidRDefault="003908EC">
            <w:pPr>
              <w:jc w:val="center"/>
            </w:pPr>
            <w:r>
              <w:rPr>
                <w:b/>
                <w:color w:val="264796"/>
                <w:sz w:val="16"/>
              </w:rPr>
              <w:t>Name</w:t>
            </w:r>
          </w:p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68BE71" w14:textId="77777777" w:rsidR="00D55EEC" w:rsidRDefault="003908EC">
            <w:pPr>
              <w:jc w:val="center"/>
            </w:pPr>
            <w:r>
              <w:rPr>
                <w:b/>
                <w:color w:val="264796"/>
                <w:sz w:val="16"/>
              </w:rPr>
              <w:t>Job role</w:t>
            </w:r>
          </w:p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5ED51B" w14:textId="77777777" w:rsidR="00D55EEC" w:rsidRDefault="003908EC">
            <w:pPr>
              <w:jc w:val="center"/>
            </w:pPr>
            <w:proofErr w:type="spellStart"/>
            <w:r>
              <w:rPr>
                <w:b/>
                <w:color w:val="264796"/>
                <w:sz w:val="16"/>
              </w:rPr>
              <w:t>Organisation</w:t>
            </w:r>
            <w:proofErr w:type="spellEnd"/>
            <w:r>
              <w:rPr>
                <w:b/>
                <w:color w:val="264796"/>
                <w:sz w:val="16"/>
              </w:rPr>
              <w:t xml:space="preserve"> / address</w:t>
            </w:r>
          </w:p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2267C4" w14:textId="77777777" w:rsidR="00D55EEC" w:rsidRDefault="003908EC">
            <w:pPr>
              <w:jc w:val="center"/>
            </w:pPr>
            <w:r>
              <w:rPr>
                <w:b/>
                <w:color w:val="264796"/>
                <w:sz w:val="16"/>
              </w:rPr>
              <w:t>Telephone / email</w:t>
            </w:r>
          </w:p>
        </w:tc>
      </w:tr>
      <w:tr w:rsidR="00D55EEC" w14:paraId="00513F87" w14:textId="77777777"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5646C0" w14:textId="77777777" w:rsidR="00D55EEC" w:rsidRDefault="00D55EEC"/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E5305B" w14:textId="77777777" w:rsidR="00D55EEC" w:rsidRDefault="00D55EEC"/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7CEF98" w14:textId="77777777" w:rsidR="00D55EEC" w:rsidRDefault="00D55EEC"/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008091" w14:textId="77777777" w:rsidR="00D55EEC" w:rsidRDefault="00D55EEC"/>
        </w:tc>
      </w:tr>
      <w:tr w:rsidR="00D55EEC" w14:paraId="39EF29E2" w14:textId="77777777"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FED377" w14:textId="77777777" w:rsidR="00D55EEC" w:rsidRDefault="00D55EEC"/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0369A1" w14:textId="77777777" w:rsidR="00D55EEC" w:rsidRDefault="00D55EEC"/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F80ED8" w14:textId="77777777" w:rsidR="00D55EEC" w:rsidRDefault="00D55EEC"/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5E47A4" w14:textId="77777777" w:rsidR="00D55EEC" w:rsidRDefault="00D55EEC"/>
        </w:tc>
      </w:tr>
    </w:tbl>
    <w:p w14:paraId="27268BA2" w14:textId="77777777" w:rsidR="00D55EEC" w:rsidRDefault="003908EC">
      <w:pPr>
        <w:spacing w:before="120" w:after="40"/>
      </w:pPr>
      <w:r>
        <w:rPr>
          <w:b/>
          <w:color w:val="264796"/>
          <w:sz w:val="19"/>
        </w:rPr>
        <w:t>School / nursery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61"/>
        <w:gridCol w:w="2662"/>
        <w:gridCol w:w="2662"/>
        <w:gridCol w:w="2661"/>
      </w:tblGrid>
      <w:tr w:rsidR="00D55EEC" w14:paraId="7FE3DCBA" w14:textId="77777777"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C7991A" w14:textId="77777777" w:rsidR="00D55EEC" w:rsidRDefault="003908EC">
            <w:pPr>
              <w:jc w:val="center"/>
            </w:pPr>
            <w:r>
              <w:rPr>
                <w:b/>
                <w:color w:val="264796"/>
                <w:sz w:val="16"/>
              </w:rPr>
              <w:t>Name</w:t>
            </w:r>
          </w:p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49265A" w14:textId="77777777" w:rsidR="00D55EEC" w:rsidRDefault="003908EC">
            <w:pPr>
              <w:jc w:val="center"/>
            </w:pPr>
            <w:r>
              <w:rPr>
                <w:b/>
                <w:color w:val="264796"/>
                <w:sz w:val="16"/>
              </w:rPr>
              <w:t>Address</w:t>
            </w:r>
          </w:p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513577" w14:textId="77777777" w:rsidR="00D55EEC" w:rsidRDefault="003908EC">
            <w:pPr>
              <w:jc w:val="center"/>
            </w:pPr>
            <w:r>
              <w:rPr>
                <w:b/>
                <w:color w:val="264796"/>
                <w:sz w:val="16"/>
              </w:rPr>
              <w:t>Telephone</w:t>
            </w:r>
          </w:p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7D1036" w14:textId="77777777" w:rsidR="00D55EEC" w:rsidRDefault="003908EC">
            <w:pPr>
              <w:jc w:val="center"/>
            </w:pPr>
            <w:r>
              <w:rPr>
                <w:b/>
                <w:color w:val="264796"/>
                <w:sz w:val="16"/>
              </w:rPr>
              <w:t>Key contact</w:t>
            </w:r>
          </w:p>
        </w:tc>
      </w:tr>
      <w:tr w:rsidR="00D55EEC" w14:paraId="2FCDBCAC" w14:textId="77777777"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97C819" w14:textId="77777777" w:rsidR="00D55EEC" w:rsidRDefault="00D55EEC"/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E46316" w14:textId="77777777" w:rsidR="00D55EEC" w:rsidRDefault="00D55EEC"/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BA346F" w14:textId="77777777" w:rsidR="00D55EEC" w:rsidRDefault="00D55EEC"/>
        </w:tc>
        <w:tc>
          <w:tcPr>
            <w:tcW w:w="2664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7A6050" w14:textId="77777777" w:rsidR="00D55EEC" w:rsidRDefault="00D55EEC"/>
        </w:tc>
      </w:tr>
      <w:tr w:rsidR="00D55EEC" w14:paraId="62E88CD3" w14:textId="77777777">
        <w:tc>
          <w:tcPr>
            <w:tcW w:w="10656" w:type="dxa"/>
            <w:gridSpan w:val="4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CBE3A3" w14:textId="77777777" w:rsidR="00D55EEC" w:rsidRDefault="003908EC">
            <w:r>
              <w:rPr>
                <w:b/>
              </w:rPr>
              <w:t xml:space="preserve">Other charities or </w:t>
            </w:r>
            <w:proofErr w:type="spellStart"/>
            <w:r>
              <w:rPr>
                <w:b/>
              </w:rPr>
              <w:t>organisations</w:t>
            </w:r>
            <w:proofErr w:type="spellEnd"/>
            <w:r>
              <w:rPr>
                <w:b/>
              </w:rPr>
              <w:t xml:space="preserve"> involved</w:t>
            </w:r>
            <w:r>
              <w:br/>
            </w:r>
            <w:r>
              <w:br/>
            </w:r>
          </w:p>
        </w:tc>
      </w:tr>
    </w:tbl>
    <w:p w14:paraId="0E6F65BB" w14:textId="77777777" w:rsidR="00D55EEC" w:rsidRDefault="003908EC">
      <w:pPr>
        <w:spacing w:before="160" w:after="60"/>
      </w:pPr>
      <w:r>
        <w:rPr>
          <w:b/>
          <w:color w:val="264796"/>
          <w:sz w:val="24"/>
        </w:rPr>
        <w:t>6. Further information and submission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38"/>
        <w:gridCol w:w="18"/>
      </w:tblGrid>
      <w:tr w:rsidR="008105BD" w14:paraId="0C3320DB" w14:textId="77777777" w:rsidTr="00850BC6">
        <w:trPr>
          <w:gridAfter w:val="1"/>
          <w:wAfter w:w="18" w:type="dxa"/>
        </w:trPr>
        <w:tc>
          <w:tcPr>
            <w:tcW w:w="10638" w:type="dxa"/>
            <w:shd w:val="clear" w:color="auto" w:fill="EAF1FB"/>
          </w:tcPr>
          <w:p w14:paraId="629E70B4" w14:textId="77777777" w:rsidR="00D55EEC" w:rsidRDefault="00D55EEC">
            <w:pPr>
              <w:spacing w:after="0" w:line="40" w:lineRule="exact"/>
            </w:pPr>
          </w:p>
        </w:tc>
      </w:tr>
      <w:tr w:rsidR="00D55EEC" w14:paraId="3BFCA8C2" w14:textId="77777777">
        <w:tc>
          <w:tcPr>
            <w:tcW w:w="10656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D07CCD" w14:textId="77777777" w:rsidR="00D55EEC" w:rsidRDefault="003908EC">
            <w:r>
              <w:rPr>
                <w:b/>
              </w:rPr>
              <w:t>Any further information</w:t>
            </w:r>
            <w:r>
              <w:br/>
            </w:r>
            <w:r>
              <w:br/>
            </w:r>
            <w:r>
              <w:br/>
            </w:r>
          </w:p>
          <w:p w14:paraId="4403DBA5" w14:textId="77777777" w:rsidR="00E631B5" w:rsidRDefault="00E631B5"/>
          <w:p w14:paraId="31339A80" w14:textId="77777777" w:rsidR="00E631B5" w:rsidRDefault="00E631B5"/>
          <w:p w14:paraId="561FF8EA" w14:textId="77777777" w:rsidR="00E631B5" w:rsidRDefault="00E631B5"/>
          <w:p w14:paraId="5D48E50D" w14:textId="77777777" w:rsidR="00E631B5" w:rsidRDefault="00E631B5"/>
          <w:p w14:paraId="0B7C15F9" w14:textId="77777777" w:rsidR="00E631B5" w:rsidRDefault="00E631B5"/>
          <w:p w14:paraId="3284C477" w14:textId="77777777" w:rsidR="00E631B5" w:rsidRDefault="00E631B5"/>
          <w:p w14:paraId="59375D21" w14:textId="77777777" w:rsidR="00D67C48" w:rsidRDefault="00D67C48"/>
        </w:tc>
      </w:tr>
      <w:tr w:rsidR="00D55EEC" w14:paraId="2C5BF23F" w14:textId="77777777">
        <w:tc>
          <w:tcPr>
            <w:tcW w:w="10656" w:type="dxa"/>
            <w:gridSpan w:val="2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E2F849" w14:textId="5DDD3258" w:rsidR="00D55EEC" w:rsidRDefault="003908EC">
            <w:r>
              <w:rPr>
                <w:b/>
                <w:color w:val="264796"/>
              </w:rPr>
              <w:t>Submit completed</w:t>
            </w:r>
            <w:r w:rsidR="00E631B5">
              <w:rPr>
                <w:b/>
                <w:color w:val="264796"/>
              </w:rPr>
              <w:t xml:space="preserve"> </w:t>
            </w:r>
            <w:r>
              <w:rPr>
                <w:b/>
                <w:color w:val="264796"/>
              </w:rPr>
              <w:t xml:space="preserve">forms by email to </w:t>
            </w:r>
            <w:r>
              <w:rPr>
                <w:color w:val="264796"/>
              </w:rPr>
              <w:t>referrals@alexanderdevine.org</w:t>
            </w:r>
            <w:r>
              <w:t xml:space="preserve"> | Tel: 01628 822777 | Snowball Hill, Maidenhead, Berkshire SL6 3LU | www.alexanderdevine.org</w:t>
            </w:r>
          </w:p>
        </w:tc>
      </w:tr>
    </w:tbl>
    <w:p w14:paraId="00E1E4EF" w14:textId="576B666F" w:rsidR="00D05EA7" w:rsidRDefault="00D05EA7">
      <w:pPr>
        <w:spacing w:before="200"/>
        <w:jc w:val="center"/>
        <w:rPr>
          <w:b/>
          <w:color w:val="264796"/>
          <w:sz w:val="28"/>
        </w:rPr>
      </w:pPr>
    </w:p>
    <w:p w14:paraId="3F54326D" w14:textId="4E458777" w:rsidR="00D05EA7" w:rsidRDefault="00704184">
      <w:pPr>
        <w:spacing w:before="200"/>
        <w:jc w:val="center"/>
        <w:rPr>
          <w:b/>
          <w:color w:val="264796"/>
          <w:sz w:val="28"/>
        </w:rPr>
      </w:pPr>
      <w:r>
        <w:rPr>
          <w:rFonts w:cs="Arial"/>
          <w:noProof/>
          <w:color w:val="000000" w:themeColor="text1"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E7BCC8A" wp14:editId="2FDC1EAE">
                <wp:simplePos x="0" y="0"/>
                <wp:positionH relativeFrom="column">
                  <wp:posOffset>297180</wp:posOffset>
                </wp:positionH>
                <wp:positionV relativeFrom="paragraph">
                  <wp:posOffset>33020</wp:posOffset>
                </wp:positionV>
                <wp:extent cx="5925820" cy="1141730"/>
                <wp:effectExtent l="0" t="0" r="0" b="1270"/>
                <wp:wrapNone/>
                <wp:docPr id="181273424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820" cy="1141730"/>
                          <a:chOff x="0" y="0"/>
                          <a:chExt cx="5925848" cy="1141785"/>
                        </a:xfrm>
                      </wpg:grpSpPr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210463" y="0"/>
                            <a:ext cx="2200910" cy="37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92A4E06" w14:textId="77777777" w:rsidR="00850BC6" w:rsidRDefault="00850BC6" w:rsidP="00850BC6">
                              <w:pPr>
                                <w:widowControl w:val="0"/>
                                <w:spacing w:after="0" w:line="240" w:lineRule="auto"/>
                                <w:rPr>
                                  <w:rFonts w:cs="Arial"/>
                                  <w:color w:val="7F7F7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color w:val="7F7F7F"/>
                                  <w:sz w:val="12"/>
                                  <w:szCs w:val="12"/>
                                </w:rPr>
                                <w:t xml:space="preserve">Alexander Devine Children’s Hospice Service is the operating name of Alexander Devine Children’s Cancer Trust. </w:t>
                              </w:r>
                            </w:p>
                            <w:p w14:paraId="2700205C" w14:textId="77777777" w:rsidR="00850BC6" w:rsidRDefault="00850BC6" w:rsidP="00850BC6">
                              <w:pPr>
                                <w:widowControl w:val="0"/>
                                <w:spacing w:after="0" w:line="240" w:lineRule="auto"/>
                                <w:rPr>
                                  <w:rFonts w:cs="Arial"/>
                                  <w:color w:val="7F7F7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color w:val="7F7F7F"/>
                                  <w:sz w:val="12"/>
                                  <w:szCs w:val="12"/>
                                </w:rPr>
                                <w:t>Company No: 5757493. Registered Charity No: 1118947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3" descr="Image result for fundraising regulator logo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727" b="41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0783" y="492981"/>
                            <a:ext cx="1155065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805"/>
                            <a:ext cx="2171700" cy="110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E63DA4" w14:textId="77777777" w:rsidR="00850BC6" w:rsidRPr="00366359" w:rsidRDefault="00850BC6" w:rsidP="00850BC6">
                              <w:pPr>
                                <w:widowControl w:val="0"/>
                                <w:spacing w:after="0" w:line="240" w:lineRule="auto"/>
                                <w:rPr>
                                  <w:rFonts w:cs="Arial"/>
                                  <w:color w:val="32378B"/>
                                  <w:sz w:val="18"/>
                                  <w:szCs w:val="18"/>
                                </w:rPr>
                              </w:pPr>
                              <w:r w:rsidRPr="00366359">
                                <w:rPr>
                                  <w:rFonts w:cs="Arial"/>
                                  <w:color w:val="32378B"/>
                                  <w:sz w:val="18"/>
                                  <w:szCs w:val="18"/>
                                </w:rPr>
                                <w:t>Snowball Hill</w:t>
                              </w:r>
                            </w:p>
                            <w:p w14:paraId="7DD79CB5" w14:textId="77777777" w:rsidR="00850BC6" w:rsidRPr="00366359" w:rsidRDefault="00850BC6" w:rsidP="00850BC6">
                              <w:pPr>
                                <w:widowControl w:val="0"/>
                                <w:spacing w:after="0" w:line="240" w:lineRule="auto"/>
                                <w:rPr>
                                  <w:rFonts w:cs="Arial"/>
                                  <w:color w:val="32378B"/>
                                  <w:sz w:val="18"/>
                                  <w:szCs w:val="18"/>
                                </w:rPr>
                              </w:pPr>
                              <w:r w:rsidRPr="00366359">
                                <w:rPr>
                                  <w:rFonts w:cs="Arial"/>
                                  <w:color w:val="32378B"/>
                                  <w:sz w:val="18"/>
                                  <w:szCs w:val="18"/>
                                </w:rPr>
                                <w:t>Maidenhead</w:t>
                              </w:r>
                            </w:p>
                            <w:p w14:paraId="53A3CDAE" w14:textId="77777777" w:rsidR="00850BC6" w:rsidRPr="00366359" w:rsidRDefault="00850BC6" w:rsidP="00850BC6">
                              <w:pPr>
                                <w:widowControl w:val="0"/>
                                <w:spacing w:after="0" w:line="240" w:lineRule="auto"/>
                                <w:rPr>
                                  <w:rFonts w:cs="Arial"/>
                                  <w:color w:val="32378B"/>
                                  <w:sz w:val="18"/>
                                  <w:szCs w:val="18"/>
                                </w:rPr>
                              </w:pPr>
                              <w:r w:rsidRPr="00366359">
                                <w:rPr>
                                  <w:rFonts w:cs="Arial"/>
                                  <w:color w:val="32378B"/>
                                  <w:sz w:val="18"/>
                                  <w:szCs w:val="18"/>
                                </w:rPr>
                                <w:t>Berkshire</w:t>
                              </w:r>
                            </w:p>
                            <w:p w14:paraId="4E1664DA" w14:textId="77777777" w:rsidR="00850BC6" w:rsidRPr="00366359" w:rsidRDefault="00850BC6" w:rsidP="00850BC6">
                              <w:pPr>
                                <w:widowControl w:val="0"/>
                                <w:spacing w:after="0" w:line="240" w:lineRule="auto"/>
                                <w:rPr>
                                  <w:rFonts w:cs="Arial"/>
                                  <w:color w:val="32378B"/>
                                  <w:sz w:val="18"/>
                                  <w:szCs w:val="18"/>
                                </w:rPr>
                              </w:pPr>
                              <w:r w:rsidRPr="00366359">
                                <w:rPr>
                                  <w:rFonts w:cs="Arial"/>
                                  <w:color w:val="32378B"/>
                                  <w:sz w:val="18"/>
                                  <w:szCs w:val="18"/>
                                </w:rPr>
                                <w:t>SL6 3LU</w:t>
                              </w:r>
                            </w:p>
                            <w:p w14:paraId="4C27D477" w14:textId="77777777" w:rsidR="00850BC6" w:rsidRDefault="00850BC6" w:rsidP="00850BC6">
                              <w:pPr>
                                <w:widowControl w:val="0"/>
                                <w:spacing w:after="0" w:line="240" w:lineRule="auto"/>
                                <w:rPr>
                                  <w:rFonts w:cs="Arial"/>
                                  <w:color w:val="32378B"/>
                                  <w:sz w:val="18"/>
                                  <w:szCs w:val="18"/>
                                </w:rPr>
                              </w:pPr>
                              <w:r w:rsidRPr="00366359">
                                <w:rPr>
                                  <w:rFonts w:cs="Arial"/>
                                  <w:color w:val="32378B"/>
                                  <w:sz w:val="18"/>
                                  <w:szCs w:val="18"/>
                                </w:rPr>
                                <w:t xml:space="preserve">T: 01628 822777   </w:t>
                              </w:r>
                            </w:p>
                            <w:p w14:paraId="2F0EA7D5" w14:textId="77777777" w:rsidR="00850BC6" w:rsidRDefault="00850BC6" w:rsidP="00850BC6">
                              <w:pPr>
                                <w:widowControl w:val="0"/>
                                <w:spacing w:after="0" w:line="240" w:lineRule="auto"/>
                                <w:rPr>
                                  <w:rFonts w:cs="Arial"/>
                                  <w:color w:val="32378B"/>
                                  <w:sz w:val="18"/>
                                  <w:szCs w:val="18"/>
                                </w:rPr>
                              </w:pPr>
                              <w:r w:rsidRPr="00366359">
                                <w:rPr>
                                  <w:rFonts w:cs="Arial"/>
                                  <w:color w:val="32378B"/>
                                  <w:sz w:val="18"/>
                                  <w:szCs w:val="18"/>
                                </w:rPr>
                                <w:t xml:space="preserve">E: </w:t>
                              </w:r>
                              <w:r>
                                <w:rPr>
                                  <w:rFonts w:cs="Arial"/>
                                  <w:color w:val="32378B"/>
                                  <w:sz w:val="18"/>
                                  <w:szCs w:val="18"/>
                                </w:rPr>
                                <w:t>referrals</w:t>
                              </w:r>
                              <w:hyperlink r:id="rId10" w:history="1">
                                <w:r w:rsidRPr="00366359">
                                  <w:rPr>
                                    <w:rFonts w:cs="Arial"/>
                                    <w:color w:val="32378B"/>
                                    <w:sz w:val="18"/>
                                    <w:szCs w:val="18"/>
                                  </w:rPr>
                                  <w:t>@alexanderdevine.org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146852" y="309770"/>
                            <a:ext cx="1771015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495E9C" w14:textId="77777777" w:rsidR="00850BC6" w:rsidRDefault="00850BC6" w:rsidP="00850BC6">
                              <w:pPr>
                                <w:widowControl w:val="0"/>
                                <w:spacing w:after="0"/>
                                <w:rPr>
                                  <w:rFonts w:cs="Arial"/>
                                  <w:color w:val="32378B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32378B"/>
                                  <w:sz w:val="18"/>
                                  <w:szCs w:val="18"/>
                                </w:rPr>
                                <w:t>www.alexanderdevine.org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 descr="Image result for cqc logo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2344" y="103367"/>
                            <a:ext cx="967105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15" descr="Graphical user interface, text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14" t="37464" r="1200" b="36969"/>
                          <a:stretch/>
                        </pic:blipFill>
                        <pic:spPr bwMode="auto">
                          <a:xfrm>
                            <a:off x="2258170" y="532737"/>
                            <a:ext cx="951230" cy="258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7BCC8A" id="Group 1" o:spid="_x0000_s1026" style="position:absolute;left:0;text-align:left;margin-left:23.4pt;margin-top:2.6pt;width:466.6pt;height:89.9pt;z-index:251661312;mso-width-relative:margin;mso-height-relative:margin" coordsize="59258,11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left:22104;width:22009;height:3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" filled="f" fillcolor="#5b9bd5" stroked="f" strokecolor="black [0]" strokeweight="2pt">
                  <v:textbox inset="2.88pt,2.88pt,2.88pt,2.88pt">
                    <w:txbxContent>
                      <w:p w14:paraId="392A4E06" w14:textId="77777777" w:rsidR="00850BC6" w:rsidRDefault="00850BC6" w:rsidP="00850BC6">
                        <w:pPr>
                          <w:widowControl w:val="0"/>
                          <w:spacing w:after="0" w:line="240" w:lineRule="auto"/>
                          <w:rPr>
                            <w:rFonts w:cs="Arial"/>
                            <w:color w:val="7F7F7F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color w:val="7F7F7F"/>
                            <w:sz w:val="12"/>
                            <w:szCs w:val="12"/>
                          </w:rPr>
                          <w:t xml:space="preserve">Alexander Devine Children’s Hospice Service is the operating name of Alexander Devine Children’s Cancer Trust. </w:t>
                        </w:r>
                      </w:p>
                      <w:p w14:paraId="2700205C" w14:textId="77777777" w:rsidR="00850BC6" w:rsidRDefault="00850BC6" w:rsidP="00850BC6">
                        <w:pPr>
                          <w:widowControl w:val="0"/>
                          <w:spacing w:after="0" w:line="240" w:lineRule="auto"/>
                          <w:rPr>
                            <w:rFonts w:cs="Arial"/>
                            <w:color w:val="7F7F7F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color w:val="7F7F7F"/>
                            <w:sz w:val="12"/>
                            <w:szCs w:val="12"/>
                          </w:rPr>
                          <w:t>Company No: 5757493. Registered Charity No: 1118947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8" type="#_x0000_t75" alt="Image result for fundraising regulator logo" style="position:absolute;left:47707;top:4929;width:11551;height:3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">
                  <v:imagedata r:id="rId13" o:title="Image result for fundraising regulator logo" croptop="17516f" cropbottom="26979f"/>
                </v:shape>
                <v:shape id="Text Box 8" o:spid="_x0000_s1029" type="#_x0000_t202" style="position:absolute;top:318;width:21717;height:1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" filled="f" stroked="f" insetpen="t">
                  <v:textbox>
                    <w:txbxContent>
                      <w:p w14:paraId="4AE63DA4" w14:textId="77777777" w:rsidR="00850BC6" w:rsidRPr="00366359" w:rsidRDefault="00850BC6" w:rsidP="00850BC6">
                        <w:pPr>
                          <w:widowControl w:val="0"/>
                          <w:spacing w:after="0" w:line="240" w:lineRule="auto"/>
                          <w:rPr>
                            <w:rFonts w:cs="Arial"/>
                            <w:color w:val="32378B"/>
                            <w:sz w:val="18"/>
                            <w:szCs w:val="18"/>
                          </w:rPr>
                        </w:pPr>
                        <w:r w:rsidRPr="00366359">
                          <w:rPr>
                            <w:rFonts w:cs="Arial"/>
                            <w:color w:val="32378B"/>
                            <w:sz w:val="18"/>
                            <w:szCs w:val="18"/>
                          </w:rPr>
                          <w:t>Snowball Hill</w:t>
                        </w:r>
                      </w:p>
                      <w:p w14:paraId="7DD79CB5" w14:textId="77777777" w:rsidR="00850BC6" w:rsidRPr="00366359" w:rsidRDefault="00850BC6" w:rsidP="00850BC6">
                        <w:pPr>
                          <w:widowControl w:val="0"/>
                          <w:spacing w:after="0" w:line="240" w:lineRule="auto"/>
                          <w:rPr>
                            <w:rFonts w:cs="Arial"/>
                            <w:color w:val="32378B"/>
                            <w:sz w:val="18"/>
                            <w:szCs w:val="18"/>
                          </w:rPr>
                        </w:pPr>
                        <w:r w:rsidRPr="00366359">
                          <w:rPr>
                            <w:rFonts w:cs="Arial"/>
                            <w:color w:val="32378B"/>
                            <w:sz w:val="18"/>
                            <w:szCs w:val="18"/>
                          </w:rPr>
                          <w:t>Maidenhead</w:t>
                        </w:r>
                      </w:p>
                      <w:p w14:paraId="53A3CDAE" w14:textId="77777777" w:rsidR="00850BC6" w:rsidRPr="00366359" w:rsidRDefault="00850BC6" w:rsidP="00850BC6">
                        <w:pPr>
                          <w:widowControl w:val="0"/>
                          <w:spacing w:after="0" w:line="240" w:lineRule="auto"/>
                          <w:rPr>
                            <w:rFonts w:cs="Arial"/>
                            <w:color w:val="32378B"/>
                            <w:sz w:val="18"/>
                            <w:szCs w:val="18"/>
                          </w:rPr>
                        </w:pPr>
                        <w:r w:rsidRPr="00366359">
                          <w:rPr>
                            <w:rFonts w:cs="Arial"/>
                            <w:color w:val="32378B"/>
                            <w:sz w:val="18"/>
                            <w:szCs w:val="18"/>
                          </w:rPr>
                          <w:t>Berkshire</w:t>
                        </w:r>
                      </w:p>
                      <w:p w14:paraId="4E1664DA" w14:textId="77777777" w:rsidR="00850BC6" w:rsidRPr="00366359" w:rsidRDefault="00850BC6" w:rsidP="00850BC6">
                        <w:pPr>
                          <w:widowControl w:val="0"/>
                          <w:spacing w:after="0" w:line="240" w:lineRule="auto"/>
                          <w:rPr>
                            <w:rFonts w:cs="Arial"/>
                            <w:color w:val="32378B"/>
                            <w:sz w:val="18"/>
                            <w:szCs w:val="18"/>
                          </w:rPr>
                        </w:pPr>
                        <w:r w:rsidRPr="00366359">
                          <w:rPr>
                            <w:rFonts w:cs="Arial"/>
                            <w:color w:val="32378B"/>
                            <w:sz w:val="18"/>
                            <w:szCs w:val="18"/>
                          </w:rPr>
                          <w:t>SL6 3LU</w:t>
                        </w:r>
                      </w:p>
                      <w:p w14:paraId="4C27D477" w14:textId="77777777" w:rsidR="00850BC6" w:rsidRDefault="00850BC6" w:rsidP="00850BC6">
                        <w:pPr>
                          <w:widowControl w:val="0"/>
                          <w:spacing w:after="0" w:line="240" w:lineRule="auto"/>
                          <w:rPr>
                            <w:rFonts w:cs="Arial"/>
                            <w:color w:val="32378B"/>
                            <w:sz w:val="18"/>
                            <w:szCs w:val="18"/>
                          </w:rPr>
                        </w:pPr>
                        <w:r w:rsidRPr="00366359">
                          <w:rPr>
                            <w:rFonts w:cs="Arial"/>
                            <w:color w:val="32378B"/>
                            <w:sz w:val="18"/>
                            <w:szCs w:val="18"/>
                          </w:rPr>
                          <w:t xml:space="preserve">T: 01628 822777   </w:t>
                        </w:r>
                      </w:p>
                      <w:p w14:paraId="2F0EA7D5" w14:textId="77777777" w:rsidR="00850BC6" w:rsidRDefault="00850BC6" w:rsidP="00850BC6">
                        <w:pPr>
                          <w:widowControl w:val="0"/>
                          <w:spacing w:after="0" w:line="240" w:lineRule="auto"/>
                          <w:rPr>
                            <w:rFonts w:cs="Arial"/>
                            <w:color w:val="32378B"/>
                            <w:sz w:val="18"/>
                            <w:szCs w:val="18"/>
                          </w:rPr>
                        </w:pPr>
                        <w:r w:rsidRPr="00366359">
                          <w:rPr>
                            <w:rFonts w:cs="Arial"/>
                            <w:color w:val="32378B"/>
                            <w:sz w:val="18"/>
                            <w:szCs w:val="18"/>
                          </w:rPr>
                          <w:t xml:space="preserve">E: </w:t>
                        </w:r>
                        <w:r>
                          <w:rPr>
                            <w:rFonts w:cs="Arial"/>
                            <w:color w:val="32378B"/>
                            <w:sz w:val="18"/>
                            <w:szCs w:val="18"/>
                          </w:rPr>
                          <w:t>referrals</w:t>
                        </w:r>
                        <w:hyperlink r:id="rId14" w:history="1">
                          <w:r w:rsidRPr="00366359">
                            <w:rPr>
                              <w:rFonts w:cs="Arial"/>
                              <w:color w:val="32378B"/>
                              <w:sz w:val="18"/>
                              <w:szCs w:val="18"/>
                            </w:rPr>
                            <w:t>@alexanderdevine.org</w:t>
                          </w:r>
                        </w:hyperlink>
                      </w:p>
                    </w:txbxContent>
                  </v:textbox>
                </v:shape>
                <v:shape id="Text Box 12" o:spid="_x0000_s1030" type="#_x0000_t202" style="position:absolute;left:21468;top:3097;width:17710;height: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" filled="f" stroked="f" insetpen="t">
                  <v:textbox>
                    <w:txbxContent>
                      <w:p w14:paraId="60495E9C" w14:textId="77777777" w:rsidR="00850BC6" w:rsidRDefault="00850BC6" w:rsidP="00850BC6">
                        <w:pPr>
                          <w:widowControl w:val="0"/>
                          <w:spacing w:after="0"/>
                          <w:rPr>
                            <w:rFonts w:cs="Arial"/>
                            <w:color w:val="32378B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32378B"/>
                            <w:sz w:val="18"/>
                            <w:szCs w:val="18"/>
                          </w:rPr>
                          <w:t>www.alexanderdevine.org</w:t>
                        </w:r>
                      </w:p>
                    </w:txbxContent>
                  </v:textbox>
                </v:shape>
                <v:shape id="Picture 14" o:spid="_x0000_s1031" type="#_x0000_t75" alt="Image result for cqc logo" style="position:absolute;left:48423;top:1033;width:9671;height: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">
                  <v:imagedata r:id="rId15" o:title="Image result for cqc logo"/>
                </v:shape>
                <v:shape id="Picture 15" o:spid="_x0000_s1032" type="#_x0000_t75" alt="Graphical user interface, text, application&#10;&#10;Description automatically generated" style="position:absolute;left:22581;top:5327;width:951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">
                  <v:imagedata r:id="rId16" o:title="Graphical user interface, text, application&#10;&#10;Description automatically generated" croptop="24552f" cropbottom="24228f" cropleft="3155f" cropright="786f"/>
                </v:shape>
              </v:group>
            </w:pict>
          </mc:Fallback>
        </mc:AlternateContent>
      </w:r>
    </w:p>
    <w:p w14:paraId="78E238ED" w14:textId="77777777" w:rsidR="00D05EA7" w:rsidRDefault="00D05EA7">
      <w:pPr>
        <w:spacing w:before="200"/>
        <w:jc w:val="center"/>
        <w:rPr>
          <w:b/>
          <w:color w:val="264796"/>
          <w:sz w:val="28"/>
        </w:rPr>
      </w:pPr>
    </w:p>
    <w:p w14:paraId="664C060D" w14:textId="77777777" w:rsidR="001573E7" w:rsidRDefault="001573E7">
      <w:pPr>
        <w:spacing w:before="200"/>
        <w:jc w:val="center"/>
        <w:rPr>
          <w:b/>
          <w:color w:val="264796"/>
          <w:sz w:val="28"/>
        </w:rPr>
      </w:pPr>
    </w:p>
    <w:p w14:paraId="48A1DF93" w14:textId="77777777" w:rsidR="00704184" w:rsidRDefault="00704184">
      <w:pPr>
        <w:spacing w:before="200"/>
        <w:jc w:val="center"/>
        <w:rPr>
          <w:b/>
          <w:color w:val="264796"/>
          <w:sz w:val="28"/>
        </w:rPr>
      </w:pPr>
    </w:p>
    <w:p w14:paraId="136C987D" w14:textId="77777777" w:rsidR="001573E7" w:rsidRDefault="001573E7">
      <w:pPr>
        <w:spacing w:before="200"/>
        <w:jc w:val="center"/>
        <w:rPr>
          <w:b/>
          <w:color w:val="264796"/>
          <w:sz w:val="28"/>
        </w:rPr>
      </w:pPr>
    </w:p>
    <w:p w14:paraId="0382E941" w14:textId="6A967BBB" w:rsidR="006B6920" w:rsidRDefault="003B7D3E">
      <w:pPr>
        <w:spacing w:before="200"/>
        <w:jc w:val="center"/>
        <w:rPr>
          <w:b/>
          <w:color w:val="264796"/>
          <w:sz w:val="28"/>
        </w:rPr>
      </w:pPr>
      <w:r>
        <w:rPr>
          <w:b/>
          <w:color w:val="264796"/>
          <w:sz w:val="28"/>
        </w:rPr>
        <w:lastRenderedPageBreak/>
        <w:t xml:space="preserve">Appendix </w:t>
      </w:r>
      <w:r w:rsidR="00E631B5">
        <w:rPr>
          <w:b/>
          <w:color w:val="264796"/>
          <w:sz w:val="28"/>
        </w:rPr>
        <w:t>A</w:t>
      </w:r>
      <w:r>
        <w:rPr>
          <w:b/>
          <w:color w:val="264796"/>
          <w:sz w:val="28"/>
        </w:rPr>
        <w:t xml:space="preserve"> – Further information for referral</w:t>
      </w:r>
      <w:r w:rsidR="00850BC6">
        <w:rPr>
          <w:b/>
          <w:color w:val="264796"/>
          <w:sz w:val="28"/>
        </w:rPr>
        <w:t xml:space="preserve"> </w:t>
      </w:r>
    </w:p>
    <w:p w14:paraId="1DE130BE" w14:textId="27EF32B1" w:rsidR="00850BC6" w:rsidRPr="00850BC6" w:rsidRDefault="00850BC6">
      <w:pPr>
        <w:spacing w:before="200"/>
        <w:jc w:val="center"/>
        <w:rPr>
          <w:b/>
          <w:bCs/>
          <w:color w:val="5F5F5F"/>
          <w:sz w:val="11"/>
          <w:szCs w:val="18"/>
        </w:rPr>
      </w:pPr>
      <w:r w:rsidRPr="00850BC6">
        <w:rPr>
          <w:b/>
          <w:color w:val="264796"/>
          <w:sz w:val="22"/>
          <w:szCs w:val="18"/>
        </w:rPr>
        <w:t xml:space="preserve">This is required for children who have a progressive condition without curative treatment options. </w:t>
      </w:r>
    </w:p>
    <w:tbl>
      <w:tblPr>
        <w:tblW w:w="5260" w:type="pct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6657"/>
        <w:gridCol w:w="3408"/>
      </w:tblGrid>
      <w:tr w:rsidR="00966696" w14:paraId="08035018" w14:textId="77777777" w:rsidTr="00966696">
        <w:trPr>
          <w:cantSplit/>
          <w:tblHeader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30D1DCF" w14:textId="77777777" w:rsidR="00966696" w:rsidRDefault="00966696" w:rsidP="00FC40C1">
            <w:pPr>
              <w:spacing w:after="0"/>
              <w:jc w:val="center"/>
            </w:pPr>
            <w:r>
              <w:rPr>
                <w:b/>
                <w:color w:val="264796"/>
              </w:rPr>
              <w:t>Yes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93D559C" w14:textId="77777777" w:rsidR="00966696" w:rsidRDefault="00966696" w:rsidP="00FC40C1">
            <w:pPr>
              <w:spacing w:after="0"/>
              <w:jc w:val="center"/>
            </w:pPr>
            <w:r>
              <w:rPr>
                <w:b/>
                <w:color w:val="264796"/>
              </w:rPr>
              <w:t>No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6A6DD9F" w14:textId="77777777" w:rsidR="00966696" w:rsidRDefault="00966696" w:rsidP="00FC40C1">
            <w:pPr>
              <w:spacing w:after="0"/>
              <w:jc w:val="center"/>
            </w:pPr>
            <w:r>
              <w:rPr>
                <w:b/>
                <w:color w:val="264796"/>
              </w:rPr>
              <w:t>Indicator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EAF1FB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A9101EA" w14:textId="77777777" w:rsidR="00966696" w:rsidRDefault="00966696" w:rsidP="00FC40C1">
            <w:pPr>
              <w:spacing w:after="0"/>
              <w:jc w:val="center"/>
            </w:pPr>
            <w:r>
              <w:rPr>
                <w:b/>
                <w:color w:val="264796"/>
              </w:rPr>
              <w:t>Notes</w:t>
            </w:r>
          </w:p>
        </w:tc>
      </w:tr>
      <w:tr w:rsidR="00966696" w14:paraId="0F8B3A14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5A6E774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F0A0CE8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82184FF" w14:textId="77777777" w:rsidR="00966696" w:rsidRDefault="00966696" w:rsidP="00FC40C1">
            <w:pPr>
              <w:spacing w:after="0"/>
            </w:pPr>
            <w:r>
              <w:t xml:space="preserve">Tracheostomy </w:t>
            </w:r>
            <w:proofErr w:type="gramStart"/>
            <w:r>
              <w:t>requiring</w:t>
            </w:r>
            <w:proofErr w:type="gramEnd"/>
            <w:r>
              <w:t xml:space="preserve"> complex tube changes.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8F81003" w14:textId="77777777" w:rsidR="00966696" w:rsidRDefault="00966696" w:rsidP="00FC40C1">
            <w:pPr>
              <w:spacing w:after="0"/>
            </w:pPr>
          </w:p>
        </w:tc>
      </w:tr>
      <w:tr w:rsidR="00966696" w14:paraId="3F5A70C1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AFAE136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59E9B46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21903BA" w14:textId="77777777" w:rsidR="00966696" w:rsidRDefault="00966696" w:rsidP="00FC40C1">
            <w:pPr>
              <w:spacing w:after="0"/>
            </w:pPr>
            <w:r>
              <w:t>24-hour ventilation.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4B0D7F9" w14:textId="77777777" w:rsidR="00966696" w:rsidRDefault="00966696" w:rsidP="00FC40C1">
            <w:pPr>
              <w:spacing w:after="0"/>
            </w:pPr>
          </w:p>
        </w:tc>
      </w:tr>
      <w:tr w:rsidR="00966696" w14:paraId="4452D832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01CDA00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DE41595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2CA5978" w14:textId="77777777" w:rsidR="00966696" w:rsidRDefault="00966696" w:rsidP="00FC40C1">
            <w:pPr>
              <w:spacing w:after="0"/>
            </w:pPr>
            <w:r>
              <w:t>Airvo.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7D72928" w14:textId="77777777" w:rsidR="00966696" w:rsidRDefault="00966696" w:rsidP="00FC40C1">
            <w:pPr>
              <w:spacing w:after="0"/>
            </w:pPr>
          </w:p>
        </w:tc>
      </w:tr>
      <w:tr w:rsidR="00966696" w14:paraId="5074E41D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BF37452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5C24F0B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5A05A46" w14:textId="77777777" w:rsidR="00966696" w:rsidRDefault="00966696" w:rsidP="00FC40C1">
            <w:pPr>
              <w:spacing w:after="0"/>
            </w:pPr>
            <w:r>
              <w:t>Oxygen dependent.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3B42179" w14:textId="77777777" w:rsidR="00966696" w:rsidRDefault="00966696" w:rsidP="00FC40C1">
            <w:pPr>
              <w:spacing w:after="0"/>
            </w:pPr>
          </w:p>
        </w:tc>
      </w:tr>
      <w:tr w:rsidR="00966696" w14:paraId="31691B5D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5A4573A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CB2FF9F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8C3F7B0" w14:textId="77777777" w:rsidR="00966696" w:rsidRDefault="00966696" w:rsidP="00FC40C1">
            <w:pPr>
              <w:spacing w:after="0"/>
            </w:pPr>
            <w:r>
              <w:t xml:space="preserve">Severe respiratory fragility </w:t>
            </w:r>
            <w:proofErr w:type="gramStart"/>
            <w:r>
              <w:t>secondary</w:t>
            </w:r>
            <w:proofErr w:type="gramEnd"/>
            <w:r>
              <w:t xml:space="preserve"> to scoliosis where surgical intervention is not an option.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101E98A" w14:textId="77777777" w:rsidR="00966696" w:rsidRDefault="00966696" w:rsidP="00FC40C1">
            <w:pPr>
              <w:spacing w:after="0"/>
            </w:pPr>
          </w:p>
        </w:tc>
      </w:tr>
      <w:tr w:rsidR="00966696" w14:paraId="55DA481B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7C07D12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E8B04D1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D22E862" w14:textId="77777777" w:rsidR="00966696" w:rsidRDefault="00966696" w:rsidP="00FC40C1">
            <w:pPr>
              <w:spacing w:after="0"/>
            </w:pPr>
            <w:r>
              <w:t>At least 4 significant respiratory events, such as IV antibiotics, escalation to intensive chest physiotherapy/suction/oxygen therapy, or hospital admission.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F39C228" w14:textId="77777777" w:rsidR="00966696" w:rsidRDefault="00966696" w:rsidP="00FC40C1">
            <w:pPr>
              <w:spacing w:after="0"/>
            </w:pPr>
          </w:p>
        </w:tc>
      </w:tr>
      <w:tr w:rsidR="00966696" w14:paraId="7F60B5BB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941B172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84123AE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9D02CC6" w14:textId="77777777" w:rsidR="00966696" w:rsidRDefault="00966696" w:rsidP="00FC40C1">
            <w:pPr>
              <w:spacing w:after="0"/>
            </w:pPr>
            <w:r>
              <w:t>Cough assist used to support respiratory management.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2526E5E" w14:textId="77777777" w:rsidR="00966696" w:rsidRDefault="00966696" w:rsidP="00FC40C1">
            <w:pPr>
              <w:spacing w:after="0"/>
            </w:pPr>
          </w:p>
        </w:tc>
      </w:tr>
      <w:tr w:rsidR="00966696" w14:paraId="332A9DEE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2558816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6525EB4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74513E3" w14:textId="77777777" w:rsidR="00966696" w:rsidRDefault="00966696" w:rsidP="00FC40C1">
            <w:pPr>
              <w:spacing w:after="0"/>
            </w:pPr>
            <w:r>
              <w:t>PICU admission for lower respiratory tract infection in the past year.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018D184" w14:textId="77777777" w:rsidR="00966696" w:rsidRDefault="00966696" w:rsidP="00FC40C1">
            <w:pPr>
              <w:spacing w:after="0"/>
            </w:pPr>
          </w:p>
        </w:tc>
      </w:tr>
      <w:tr w:rsidR="00966696" w14:paraId="57F59BEE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1AF172C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518E686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64FC5C8" w14:textId="77777777" w:rsidR="00966696" w:rsidRDefault="00966696" w:rsidP="00FC40C1">
            <w:pPr>
              <w:spacing w:after="0"/>
            </w:pPr>
            <w:r>
              <w:t xml:space="preserve">Difficulty </w:t>
            </w:r>
            <w:proofErr w:type="gramStart"/>
            <w:r>
              <w:t>breathing requiring</w:t>
            </w:r>
            <w:proofErr w:type="gramEnd"/>
            <w:r>
              <w:t xml:space="preserve"> oxygen therapy for at least 2 hours every day to maintain perfusion.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D635D0E" w14:textId="77777777" w:rsidR="00966696" w:rsidRDefault="00966696" w:rsidP="00FC40C1">
            <w:pPr>
              <w:spacing w:after="0"/>
            </w:pPr>
          </w:p>
        </w:tc>
      </w:tr>
      <w:tr w:rsidR="00966696" w14:paraId="1E742C8E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8E373A5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8D848A7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761625D" w14:textId="5C433431" w:rsidR="00966696" w:rsidRDefault="00966696" w:rsidP="00FC40C1">
            <w:pPr>
              <w:spacing w:after="0"/>
            </w:pPr>
            <w:r>
              <w:t>Requires respiratory support with Non-Invasive Positive Pressure Ventilation e.g. CPAP or BiPAP.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E077084" w14:textId="77777777" w:rsidR="00966696" w:rsidRDefault="00966696" w:rsidP="00FC40C1">
            <w:pPr>
              <w:spacing w:after="0"/>
            </w:pPr>
          </w:p>
        </w:tc>
      </w:tr>
      <w:tr w:rsidR="00966696" w14:paraId="6DC9D146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64D109B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582B7CA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F8EDD71" w14:textId="77777777" w:rsidR="00966696" w:rsidRDefault="00966696" w:rsidP="00FC40C1">
            <w:pPr>
              <w:spacing w:after="0"/>
            </w:pPr>
            <w:r>
              <w:t>Stable tracheostomy.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6D1E84D" w14:textId="77777777" w:rsidR="00966696" w:rsidRDefault="00966696" w:rsidP="00FC40C1">
            <w:pPr>
              <w:spacing w:after="0"/>
            </w:pPr>
          </w:p>
        </w:tc>
      </w:tr>
      <w:tr w:rsidR="00966696" w14:paraId="343A0D73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EBEB478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51E05E2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28B0341" w14:textId="77777777" w:rsidR="00966696" w:rsidRDefault="00966696" w:rsidP="00FC40C1">
            <w:pPr>
              <w:spacing w:after="0"/>
            </w:pPr>
            <w:r>
              <w:t>Episodes of wheeze, cough or breathing difficulties that do not respond to self-management and need specialist intervention.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A088743" w14:textId="77777777" w:rsidR="00966696" w:rsidRDefault="00966696" w:rsidP="00FC40C1">
            <w:pPr>
              <w:spacing w:after="0"/>
            </w:pPr>
          </w:p>
        </w:tc>
      </w:tr>
      <w:tr w:rsidR="00966696" w14:paraId="6B9DF378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D5A49B0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BC9D34F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9ED7808" w14:textId="77777777" w:rsidR="00966696" w:rsidRDefault="00966696" w:rsidP="00FC40C1">
            <w:pPr>
              <w:spacing w:after="0"/>
            </w:pPr>
            <w:r>
              <w:t>Increasing suction needs or intractable suctioning difficulties despite medication.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622AEF0" w14:textId="77777777" w:rsidR="00966696" w:rsidRDefault="00966696" w:rsidP="00FC40C1">
            <w:pPr>
              <w:spacing w:after="0"/>
            </w:pPr>
          </w:p>
        </w:tc>
      </w:tr>
      <w:tr w:rsidR="00966696" w14:paraId="55FCDFF5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38746FB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7BAF1B0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C9DB41B" w14:textId="77777777" w:rsidR="00966696" w:rsidRDefault="00966696" w:rsidP="00FC40C1">
            <w:pPr>
              <w:spacing w:after="0"/>
            </w:pPr>
            <w:r>
              <w:t>Other underlying or significant co-morbidities.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91356FC" w14:textId="77777777" w:rsidR="00966696" w:rsidRDefault="00966696" w:rsidP="00FC40C1">
            <w:pPr>
              <w:spacing w:after="0"/>
            </w:pPr>
          </w:p>
        </w:tc>
      </w:tr>
      <w:tr w:rsidR="00966696" w14:paraId="231F37ED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A3B911C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A3A94D2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1EA3E0A" w14:textId="77777777" w:rsidR="00966696" w:rsidRDefault="00966696" w:rsidP="00FC40C1">
            <w:pPr>
              <w:spacing w:after="0"/>
            </w:pPr>
            <w:r>
              <w:t>Severe uncontrolled seizures daily or more, refractory to rescue medication.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25ADEB8" w14:textId="77777777" w:rsidR="00966696" w:rsidRDefault="00966696" w:rsidP="00FC40C1">
            <w:pPr>
              <w:spacing w:after="0"/>
            </w:pPr>
          </w:p>
        </w:tc>
      </w:tr>
      <w:tr w:rsidR="00966696" w14:paraId="77711C47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C49FEEF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DC605F1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FDF7D4D" w14:textId="77777777" w:rsidR="00966696" w:rsidRDefault="00966696" w:rsidP="00FC40C1">
            <w:pPr>
              <w:spacing w:after="0"/>
            </w:pPr>
            <w:r>
              <w:t>Poor seizure control despite assessment and medication, requiring daily intervention.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BD6B881" w14:textId="77777777" w:rsidR="00966696" w:rsidRDefault="00966696" w:rsidP="00FC40C1">
            <w:pPr>
              <w:spacing w:after="0"/>
            </w:pPr>
          </w:p>
        </w:tc>
      </w:tr>
      <w:tr w:rsidR="00966696" w14:paraId="6A64D315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30BB4A9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31E8147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13BC646" w14:textId="77777777" w:rsidR="00966696" w:rsidRDefault="00966696" w:rsidP="00FC40C1">
            <w:pPr>
              <w:spacing w:after="0"/>
            </w:pPr>
            <w:r>
              <w:t>Emergency protocol has been used in the last 6 months.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D323695" w14:textId="77777777" w:rsidR="00966696" w:rsidRDefault="00966696" w:rsidP="00FC40C1">
            <w:pPr>
              <w:spacing w:after="0"/>
            </w:pPr>
          </w:p>
        </w:tc>
      </w:tr>
      <w:tr w:rsidR="00966696" w14:paraId="3DF79C72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BB81635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038BAB5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AF9BDB5" w14:textId="77777777" w:rsidR="00966696" w:rsidRDefault="00966696" w:rsidP="00FC40C1">
            <w:pPr>
              <w:spacing w:after="0"/>
            </w:pPr>
            <w:r>
              <w:t>Requires constant supervision for safety and may require intervention after 5-10 minutes if a seizure is unresolved, in line with APLS guidelines.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9EFC223" w14:textId="77777777" w:rsidR="00966696" w:rsidRDefault="00966696" w:rsidP="00FC40C1">
            <w:pPr>
              <w:spacing w:after="0"/>
            </w:pPr>
          </w:p>
        </w:tc>
      </w:tr>
      <w:tr w:rsidR="00966696" w14:paraId="40F4A2C4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7192356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A6D6A1F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E8E2EE8" w14:textId="77777777" w:rsidR="00966696" w:rsidRDefault="00966696" w:rsidP="00FC40C1">
            <w:pPr>
              <w:spacing w:after="0"/>
            </w:pPr>
            <w:r>
              <w:t xml:space="preserve">Episodes of status </w:t>
            </w:r>
            <w:proofErr w:type="spellStart"/>
            <w:r>
              <w:t>dystonicus</w:t>
            </w:r>
            <w:proofErr w:type="spellEnd"/>
            <w:r>
              <w:t xml:space="preserve"> within the last 6 months.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FAA3D0A" w14:textId="77777777" w:rsidR="00966696" w:rsidRDefault="00966696" w:rsidP="00FC40C1">
            <w:pPr>
              <w:spacing w:after="0"/>
            </w:pPr>
          </w:p>
        </w:tc>
      </w:tr>
      <w:tr w:rsidR="00966696" w14:paraId="154FDA80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7FB597F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0A52B23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833EE70" w14:textId="1F8CD2E7" w:rsidR="00966696" w:rsidRDefault="00966696" w:rsidP="00FC40C1">
            <w:pPr>
              <w:spacing w:after="0"/>
            </w:pPr>
            <w:r>
              <w:t>Complex multiple medications</w:t>
            </w:r>
            <w:r w:rsidR="000D3CD5">
              <w:t xml:space="preserve"> for treatment of dystonia.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B4F1E73" w14:textId="77777777" w:rsidR="00966696" w:rsidRDefault="00966696" w:rsidP="00FC40C1">
            <w:pPr>
              <w:spacing w:after="0"/>
            </w:pPr>
          </w:p>
        </w:tc>
      </w:tr>
      <w:tr w:rsidR="00966696" w14:paraId="4C15036E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9B3EE42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6C81C10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80469A1" w14:textId="77777777" w:rsidR="00966696" w:rsidRDefault="00966696" w:rsidP="00FC40C1">
            <w:pPr>
              <w:spacing w:after="0"/>
            </w:pPr>
            <w:r>
              <w:t>Under consideration for third-line therapy or deep brain stimulation.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C553667" w14:textId="77777777" w:rsidR="00966696" w:rsidRDefault="00966696" w:rsidP="00FC40C1">
            <w:pPr>
              <w:spacing w:after="0"/>
            </w:pPr>
          </w:p>
        </w:tc>
      </w:tr>
      <w:tr w:rsidR="00966696" w14:paraId="62D3FAD3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1284C8D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20D9F9B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B521FF8" w14:textId="77777777" w:rsidR="00966696" w:rsidRDefault="00966696" w:rsidP="00FC40C1">
            <w:pPr>
              <w:spacing w:after="0"/>
            </w:pPr>
            <w:r>
              <w:t xml:space="preserve">Life-threatening skin condition </w:t>
            </w:r>
            <w:proofErr w:type="gramStart"/>
            <w:r>
              <w:t>requiring</w:t>
            </w:r>
            <w:proofErr w:type="gramEnd"/>
            <w:r>
              <w:t xml:space="preserve"> complex management.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8A16606" w14:textId="77777777" w:rsidR="00966696" w:rsidRDefault="00966696" w:rsidP="00FC40C1">
            <w:pPr>
              <w:spacing w:after="0"/>
            </w:pPr>
          </w:p>
        </w:tc>
      </w:tr>
      <w:tr w:rsidR="00966696" w14:paraId="73164EFC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4743A4A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9ECECD7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8A47D0E" w14:textId="77777777" w:rsidR="00966696" w:rsidRDefault="00966696" w:rsidP="00FC40C1">
            <w:pPr>
              <w:spacing w:after="0"/>
            </w:pPr>
            <w:r>
              <w:t>Unable to move in a developmentally appropriate way, causing risk of pressure sores.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95E5602" w14:textId="77777777" w:rsidR="00966696" w:rsidRDefault="00966696" w:rsidP="00FC40C1">
            <w:pPr>
              <w:spacing w:after="0"/>
            </w:pPr>
          </w:p>
        </w:tc>
      </w:tr>
      <w:tr w:rsidR="00966696" w14:paraId="54792842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8A06F5D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lastRenderedPageBreak/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DDCFFC8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A0CE699" w14:textId="77777777" w:rsidR="00966696" w:rsidRDefault="00966696" w:rsidP="00FC40C1">
            <w:pPr>
              <w:spacing w:after="0"/>
            </w:pPr>
            <w:r>
              <w:t>Severe inoperable scoliosis.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BF72CA8" w14:textId="77777777" w:rsidR="00966696" w:rsidRDefault="00966696" w:rsidP="00FC40C1">
            <w:pPr>
              <w:spacing w:after="0"/>
            </w:pPr>
          </w:p>
        </w:tc>
      </w:tr>
      <w:tr w:rsidR="00966696" w14:paraId="0F441BD8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29D9825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2E2AAEB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EAA5A61" w14:textId="77777777" w:rsidR="00966696" w:rsidRDefault="00966696" w:rsidP="00FC40C1">
            <w:pPr>
              <w:spacing w:after="0"/>
            </w:pPr>
            <w:r>
              <w:t xml:space="preserve">Existing pressure </w:t>
            </w:r>
            <w:proofErr w:type="gramStart"/>
            <w:r>
              <w:t>sore</w:t>
            </w:r>
            <w:proofErr w:type="gramEnd"/>
            <w:r>
              <w:t xml:space="preserve"> despite appropriate intervention, e.g. mattress and nutrition.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859FCCD" w14:textId="77777777" w:rsidR="00966696" w:rsidRDefault="00966696" w:rsidP="00FC40C1">
            <w:pPr>
              <w:spacing w:after="0"/>
            </w:pPr>
          </w:p>
        </w:tc>
      </w:tr>
      <w:tr w:rsidR="00966696" w14:paraId="4E7B4633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6677AD6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AE02528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ADC0F81" w14:textId="77777777" w:rsidR="00966696" w:rsidRDefault="00966696" w:rsidP="00FC40C1">
            <w:pPr>
              <w:spacing w:after="0"/>
            </w:pPr>
            <w:r>
              <w:t>Absence of thermoregulation.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74BB569" w14:textId="77777777" w:rsidR="00966696" w:rsidRDefault="00966696" w:rsidP="00FC40C1">
            <w:pPr>
              <w:spacing w:after="0"/>
            </w:pPr>
          </w:p>
        </w:tc>
      </w:tr>
      <w:tr w:rsidR="00966696" w14:paraId="717E833A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3C943C8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B3A0142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62EC54E" w14:textId="77777777" w:rsidR="00966696" w:rsidRDefault="00966696" w:rsidP="00FC40C1">
            <w:pPr>
              <w:spacing w:after="0"/>
            </w:pPr>
            <w:r>
              <w:t>Complex pain symptom management.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B540632" w14:textId="77777777" w:rsidR="00966696" w:rsidRDefault="00966696" w:rsidP="00FC40C1">
            <w:pPr>
              <w:spacing w:after="0"/>
            </w:pPr>
          </w:p>
        </w:tc>
      </w:tr>
      <w:tr w:rsidR="00966696" w14:paraId="3B944022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AAC32C7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B24E9FC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C1964AC" w14:textId="77777777" w:rsidR="00966696" w:rsidRDefault="00966696" w:rsidP="00FC40C1">
            <w:pPr>
              <w:spacing w:after="0"/>
            </w:pPr>
            <w:r>
              <w:t xml:space="preserve">Non-opioid analgesia </w:t>
            </w:r>
            <w:proofErr w:type="gramStart"/>
            <w:r>
              <w:t>required</w:t>
            </w:r>
            <w:proofErr w:type="gramEnd"/>
            <w:r>
              <w:t xml:space="preserve"> routinely every day.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537DFDF" w14:textId="77777777" w:rsidR="00966696" w:rsidRDefault="00966696" w:rsidP="00FC40C1">
            <w:pPr>
              <w:spacing w:after="0"/>
            </w:pPr>
          </w:p>
        </w:tc>
      </w:tr>
      <w:tr w:rsidR="00966696" w14:paraId="22F7C55C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59E4E4D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52EADF8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96DA675" w14:textId="77777777" w:rsidR="00966696" w:rsidRDefault="00966696" w:rsidP="00FC40C1">
            <w:pPr>
              <w:spacing w:after="0"/>
            </w:pPr>
            <w:r>
              <w:t xml:space="preserve">Opioid analgesia </w:t>
            </w:r>
            <w:proofErr w:type="gramStart"/>
            <w:r>
              <w:t>required</w:t>
            </w:r>
            <w:proofErr w:type="gramEnd"/>
            <w:r>
              <w:t xml:space="preserve"> for breakthrough pain at least daily.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E97DC9F" w14:textId="77777777" w:rsidR="00966696" w:rsidRDefault="00966696" w:rsidP="00FC40C1">
            <w:pPr>
              <w:spacing w:after="0"/>
            </w:pPr>
          </w:p>
        </w:tc>
      </w:tr>
      <w:tr w:rsidR="00966696" w14:paraId="411D204F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DBD4B1E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1F7B94E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E7D8849" w14:textId="77777777" w:rsidR="00966696" w:rsidRDefault="00966696" w:rsidP="00FC40C1">
            <w:pPr>
              <w:spacing w:after="0"/>
            </w:pPr>
            <w:r>
              <w:t>Safety issues during sleep every night, e.g. seizures, aspirations or regular suctioning.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0E23522" w14:textId="77777777" w:rsidR="00966696" w:rsidRDefault="00966696" w:rsidP="00FC40C1">
            <w:pPr>
              <w:spacing w:after="0"/>
            </w:pPr>
          </w:p>
        </w:tc>
      </w:tr>
      <w:tr w:rsidR="00966696" w14:paraId="5D402335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44323CD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EC12F64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63C0E84" w14:textId="77777777" w:rsidR="00966696" w:rsidRDefault="00966696" w:rsidP="00FC40C1">
            <w:pPr>
              <w:spacing w:after="0"/>
            </w:pPr>
            <w:r>
              <w:t xml:space="preserve">Parent/carer sleep interrupted by periods of distress without pain lasting longer than 1 </w:t>
            </w:r>
            <w:proofErr w:type="gramStart"/>
            <w:r>
              <w:t>hour, or</w:t>
            </w:r>
            <w:proofErr w:type="gramEnd"/>
            <w:r>
              <w:t xml:space="preserve"> needing prescribed intervention sooner.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905C415" w14:textId="77777777" w:rsidR="00966696" w:rsidRDefault="00966696" w:rsidP="00FC40C1">
            <w:pPr>
              <w:spacing w:after="0"/>
            </w:pPr>
          </w:p>
        </w:tc>
      </w:tr>
      <w:tr w:rsidR="00966696" w14:paraId="1C68C909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814CBD2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0DC00F3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E30D09D" w14:textId="77777777" w:rsidR="00966696" w:rsidRDefault="00966696" w:rsidP="00FC40C1">
            <w:pPr>
              <w:spacing w:after="0"/>
            </w:pPr>
            <w:r>
              <w:t xml:space="preserve">Intractable sleep </w:t>
            </w:r>
            <w:proofErr w:type="gramStart"/>
            <w:r>
              <w:t>disorder</w:t>
            </w:r>
            <w:proofErr w:type="gramEnd"/>
            <w:r>
              <w:t xml:space="preserve"> unresponsive to optimal medication.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1BFF6B8" w14:textId="77777777" w:rsidR="00966696" w:rsidRDefault="00966696" w:rsidP="00FC40C1">
            <w:pPr>
              <w:spacing w:after="0"/>
            </w:pPr>
          </w:p>
        </w:tc>
      </w:tr>
      <w:tr w:rsidR="00966696" w14:paraId="5EE3B219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EFE8E51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6A6C6F8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6DFA9B1" w14:textId="77777777" w:rsidR="00966696" w:rsidRDefault="00966696" w:rsidP="00FC40C1">
            <w:pPr>
              <w:spacing w:after="0"/>
            </w:pPr>
            <w:r>
              <w:t>TPN dependent.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D7DD1B9" w14:textId="77777777" w:rsidR="00966696" w:rsidRDefault="00966696" w:rsidP="00FC40C1">
            <w:pPr>
              <w:spacing w:after="0"/>
            </w:pPr>
          </w:p>
        </w:tc>
      </w:tr>
      <w:tr w:rsidR="00966696" w14:paraId="21195B2E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0B02121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FF3CD2D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DA1BCFC" w14:textId="414C0431" w:rsidR="00966696" w:rsidRDefault="00966696" w:rsidP="00FC40C1">
            <w:pPr>
              <w:spacing w:after="0"/>
            </w:pPr>
            <w:r>
              <w:t>Confirmed intestinal perforations.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0DBF380" w14:textId="77777777" w:rsidR="00966696" w:rsidRDefault="00966696" w:rsidP="00FC40C1">
            <w:pPr>
              <w:spacing w:after="0"/>
            </w:pPr>
          </w:p>
        </w:tc>
      </w:tr>
      <w:tr w:rsidR="00966696" w14:paraId="5544E2CC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6A56DE7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3764056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B535782" w14:textId="1B528C55" w:rsidR="00966696" w:rsidRDefault="00966696" w:rsidP="00FC40C1">
            <w:pPr>
              <w:spacing w:after="0"/>
            </w:pPr>
            <w:r>
              <w:t xml:space="preserve">Malnourished / faltering growth due to neuro-disability, confirmed by </w:t>
            </w:r>
            <w:proofErr w:type="spellStart"/>
            <w:r>
              <w:t>paediatrician</w:t>
            </w:r>
            <w:proofErr w:type="spellEnd"/>
            <w:r>
              <w:t xml:space="preserve"> or </w:t>
            </w:r>
            <w:proofErr w:type="spellStart"/>
            <w:r>
              <w:t>paediatric</w:t>
            </w:r>
            <w:proofErr w:type="spellEnd"/>
            <w:r>
              <w:t xml:space="preserve"> dietician.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750E3ED" w14:textId="77777777" w:rsidR="00966696" w:rsidRDefault="00966696" w:rsidP="00FC40C1">
            <w:pPr>
              <w:spacing w:after="0"/>
            </w:pPr>
          </w:p>
        </w:tc>
      </w:tr>
      <w:tr w:rsidR="00966696" w14:paraId="3C9FABDE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A077315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AD6D9CC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77BB0E2" w14:textId="65E9CA4B" w:rsidR="00966696" w:rsidRDefault="00966696" w:rsidP="00FC40C1">
            <w:pPr>
              <w:spacing w:after="0"/>
            </w:pPr>
            <w:r>
              <w:t xml:space="preserve">Dysphagia </w:t>
            </w:r>
            <w:proofErr w:type="gramStart"/>
            <w:r>
              <w:t>requiring</w:t>
            </w:r>
            <w:proofErr w:type="gramEnd"/>
            <w:r>
              <w:t xml:space="preserve"> a management plan and skilled intervention to ensure safe nutrition/hydration.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F3DB042" w14:textId="77777777" w:rsidR="00966696" w:rsidRDefault="00966696" w:rsidP="00FC40C1">
            <w:pPr>
              <w:spacing w:after="0"/>
            </w:pPr>
          </w:p>
        </w:tc>
      </w:tr>
      <w:tr w:rsidR="00966696" w14:paraId="49DEA850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34F91D0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E99C368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B809001" w14:textId="542F3B3B" w:rsidR="00966696" w:rsidRDefault="00966696" w:rsidP="00FC40C1">
            <w:pPr>
              <w:spacing w:after="0"/>
            </w:pPr>
            <w:r>
              <w:t>Episodes of gastrointestinal bleeding.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E212D96" w14:textId="77777777" w:rsidR="00966696" w:rsidRDefault="00966696" w:rsidP="00FC40C1">
            <w:pPr>
              <w:spacing w:after="0"/>
            </w:pPr>
          </w:p>
        </w:tc>
      </w:tr>
      <w:tr w:rsidR="00966696" w14:paraId="50590D45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A9FAEF0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B0708D3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65C29C0" w14:textId="3F46940E" w:rsidR="00966696" w:rsidRDefault="00966696" w:rsidP="00FC40C1">
            <w:pPr>
              <w:spacing w:after="0"/>
            </w:pPr>
            <w:r>
              <w:t>Severe uncontrolled reflux despite maximum treatment.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8BA5B9A" w14:textId="77777777" w:rsidR="00966696" w:rsidRDefault="00966696" w:rsidP="00FC40C1">
            <w:pPr>
              <w:spacing w:after="0"/>
            </w:pPr>
          </w:p>
        </w:tc>
      </w:tr>
      <w:tr w:rsidR="00966696" w14:paraId="7E378BF9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9CD6BA2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8A72023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AE11681" w14:textId="77777777" w:rsidR="00966696" w:rsidRDefault="00966696" w:rsidP="00FC40C1">
            <w:pPr>
              <w:spacing w:after="0"/>
            </w:pPr>
            <w:r>
              <w:t>Episodes of feed intolerance requiring gut rest.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82929DC" w14:textId="77777777" w:rsidR="00966696" w:rsidRDefault="00966696" w:rsidP="00FC40C1">
            <w:pPr>
              <w:spacing w:after="0"/>
            </w:pPr>
          </w:p>
        </w:tc>
      </w:tr>
      <w:tr w:rsidR="00966696" w14:paraId="5ED7E837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4EFD37C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F912180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3E67028" w14:textId="77777777" w:rsidR="00966696" w:rsidRDefault="00966696" w:rsidP="00FC40C1">
            <w:pPr>
              <w:spacing w:after="0"/>
            </w:pPr>
            <w:r>
              <w:t>Unable to take food and drink by mouth; all nutritional requirements are via enteral means.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A699077" w14:textId="77777777" w:rsidR="00966696" w:rsidRDefault="00966696" w:rsidP="00FC40C1">
            <w:pPr>
              <w:spacing w:after="0"/>
            </w:pPr>
          </w:p>
        </w:tc>
      </w:tr>
      <w:tr w:rsidR="00966696" w14:paraId="496FF377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BEB32DA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90A9A33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6B1A256" w14:textId="0E7044FE" w:rsidR="00966696" w:rsidRDefault="00966696" w:rsidP="00FC40C1">
            <w:pPr>
              <w:spacing w:after="0"/>
            </w:pPr>
            <w:r>
              <w:t xml:space="preserve">Complex medicines over a 24-hour period </w:t>
            </w:r>
            <w:proofErr w:type="gramStart"/>
            <w:r>
              <w:t>requiring</w:t>
            </w:r>
            <w:proofErr w:type="gramEnd"/>
            <w:r>
              <w:t xml:space="preserve"> daily management by a competent person and input from a medical/CNS practitioner for symptom or pain management.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7AD9669" w14:textId="77777777" w:rsidR="00966696" w:rsidRDefault="00966696" w:rsidP="00FC40C1">
            <w:pPr>
              <w:spacing w:after="0"/>
            </w:pPr>
          </w:p>
        </w:tc>
      </w:tr>
      <w:tr w:rsidR="00966696" w14:paraId="2E325A28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DB1E54B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CB617E7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FB96C87" w14:textId="77777777" w:rsidR="00966696" w:rsidRDefault="00966696" w:rsidP="00FC40C1">
            <w:pPr>
              <w:spacing w:after="0"/>
            </w:pPr>
            <w:r>
              <w:t>Difficult social circumstances.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7854198" w14:textId="77777777" w:rsidR="00966696" w:rsidRDefault="00966696" w:rsidP="00FC40C1">
            <w:pPr>
              <w:spacing w:after="0"/>
            </w:pPr>
          </w:p>
        </w:tc>
      </w:tr>
      <w:tr w:rsidR="00966696" w14:paraId="37E29806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8A9607C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4E734AA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AC74E5E" w14:textId="1C7DA3D5" w:rsidR="00966696" w:rsidRDefault="00966696" w:rsidP="00FC40C1">
            <w:pPr>
              <w:spacing w:after="0"/>
            </w:pPr>
            <w:r>
              <w:t>Acute family crisis.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B167711" w14:textId="77777777" w:rsidR="00966696" w:rsidRDefault="00966696" w:rsidP="00FC40C1">
            <w:pPr>
              <w:spacing w:after="0"/>
            </w:pPr>
          </w:p>
        </w:tc>
      </w:tr>
      <w:tr w:rsidR="00966696" w14:paraId="55DE8FF6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C9F4A23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5EBE858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D3298F0" w14:textId="193A9A90" w:rsidR="00966696" w:rsidRDefault="00966696" w:rsidP="00FC40C1">
            <w:pPr>
              <w:spacing w:after="0"/>
            </w:pPr>
            <w:r>
              <w:t>Parent/carer wellbeing concerns.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921EF19" w14:textId="77777777" w:rsidR="00966696" w:rsidRDefault="00966696" w:rsidP="00FC40C1">
            <w:pPr>
              <w:spacing w:after="0"/>
            </w:pPr>
          </w:p>
        </w:tc>
      </w:tr>
      <w:tr w:rsidR="00966696" w14:paraId="2F5593C2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6D42810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4118F75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E7F5FFF" w14:textId="77777777" w:rsidR="00966696" w:rsidRDefault="00966696" w:rsidP="00FC40C1">
            <w:pPr>
              <w:spacing w:after="0"/>
            </w:pPr>
            <w:r>
              <w:t xml:space="preserve">Peritoneal dialysis or </w:t>
            </w:r>
            <w:proofErr w:type="spellStart"/>
            <w:r>
              <w:t>haemodialysis</w:t>
            </w:r>
            <w:proofErr w:type="spellEnd"/>
            <w:r>
              <w:t>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792A1C9" w14:textId="77777777" w:rsidR="00966696" w:rsidRDefault="00966696" w:rsidP="00FC40C1">
            <w:pPr>
              <w:spacing w:after="0"/>
            </w:pPr>
          </w:p>
        </w:tc>
      </w:tr>
      <w:tr w:rsidR="00966696" w14:paraId="7D03C7D4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2D48CFC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F3169CE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2AB257F" w14:textId="7792B34B" w:rsidR="00966696" w:rsidRDefault="00966696" w:rsidP="00FC40C1">
            <w:pPr>
              <w:spacing w:after="0"/>
            </w:pPr>
            <w:r>
              <w:t xml:space="preserve">Complicated </w:t>
            </w:r>
            <w:proofErr w:type="spellStart"/>
            <w:r>
              <w:t>catheterisation</w:t>
            </w:r>
            <w:proofErr w:type="spellEnd"/>
            <w:r>
              <w:t>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ACA469D" w14:textId="77777777" w:rsidR="00966696" w:rsidRDefault="00966696" w:rsidP="00FC40C1">
            <w:pPr>
              <w:spacing w:after="0"/>
            </w:pPr>
          </w:p>
        </w:tc>
      </w:tr>
      <w:tr w:rsidR="00966696" w14:paraId="0855C703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8D27908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D79D2EB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C82692C" w14:textId="5EC3CFD6" w:rsidR="00966696" w:rsidRDefault="00966696" w:rsidP="00FC40C1">
            <w:pPr>
              <w:spacing w:after="0"/>
            </w:pPr>
            <w:r>
              <w:t>Stoma requiring attention several times a day.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209AD9A" w14:textId="77777777" w:rsidR="00966696" w:rsidRDefault="00966696" w:rsidP="00FC40C1">
            <w:pPr>
              <w:spacing w:after="0"/>
            </w:pPr>
          </w:p>
        </w:tc>
      </w:tr>
      <w:tr w:rsidR="00966696" w14:paraId="780089A9" w14:textId="77777777" w:rsidTr="00850BC6">
        <w:trPr>
          <w:cantSplit/>
          <w:jc w:val="center"/>
        </w:trPr>
        <w:tc>
          <w:tcPr>
            <w:tcW w:w="56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CBA435D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56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shd w:val="clear" w:color="auto" w:fill="FFFFCC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0B71622" w14:textId="77777777" w:rsidR="00966696" w:rsidRDefault="00966696" w:rsidP="00FC40C1">
            <w:pPr>
              <w:spacing w:after="0"/>
              <w:jc w:val="center"/>
            </w:pPr>
            <w:r>
              <w:rPr>
                <w:rFonts w:ascii="DejaVu Sans" w:eastAsia="DejaVu Sans" w:hAnsi="DejaVu Sans"/>
                <w:sz w:val="22"/>
              </w:rPr>
              <w:t>☐</w:t>
            </w:r>
          </w:p>
        </w:tc>
        <w:tc>
          <w:tcPr>
            <w:tcW w:w="6657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19161CF" w14:textId="07433A90" w:rsidR="00966696" w:rsidRDefault="00966696" w:rsidP="00FC40C1">
            <w:pPr>
              <w:spacing w:after="0"/>
            </w:pPr>
            <w:r>
              <w:t>Nephrostomy.</w:t>
            </w:r>
          </w:p>
        </w:tc>
        <w:tc>
          <w:tcPr>
            <w:tcW w:w="3408" w:type="dxa"/>
            <w:tcBorders>
              <w:top w:val="single" w:sz="4" w:space="0" w:color="B7C6DD"/>
              <w:left w:val="single" w:sz="4" w:space="0" w:color="B7C6DD"/>
              <w:bottom w:val="single" w:sz="4" w:space="0" w:color="B7C6DD"/>
              <w:right w:val="single" w:sz="4" w:space="0" w:color="B7C6DD"/>
            </w:tcBorders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1620257" w14:textId="77777777" w:rsidR="00966696" w:rsidRDefault="00966696" w:rsidP="00FC40C1">
            <w:pPr>
              <w:spacing w:after="0"/>
            </w:pPr>
          </w:p>
        </w:tc>
      </w:tr>
    </w:tbl>
    <w:p w14:paraId="4A232E13" w14:textId="40FF0180" w:rsidR="00D67C48" w:rsidRPr="006B6920" w:rsidRDefault="00850BC6" w:rsidP="00850BC6">
      <w:pPr>
        <w:tabs>
          <w:tab w:val="left" w:pos="7680"/>
        </w:tabs>
        <w:rPr>
          <w:b/>
          <w:bCs/>
        </w:rPr>
      </w:pPr>
      <w:r>
        <w:rPr>
          <w:b/>
          <w:bCs/>
        </w:rPr>
        <w:tab/>
      </w:r>
    </w:p>
    <w:sectPr w:rsidR="00D67C48" w:rsidRPr="006B6920" w:rsidSect="00034616">
      <w:headerReference w:type="default" r:id="rId17"/>
      <w:footerReference w:type="default" r:id="rId18"/>
      <w:pgSz w:w="12240" w:h="15840"/>
      <w:pgMar w:top="720" w:right="792" w:bottom="648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D75B1" w14:textId="77777777" w:rsidR="0027199F" w:rsidRDefault="0027199F">
      <w:pPr>
        <w:spacing w:after="0" w:line="240" w:lineRule="auto"/>
      </w:pPr>
      <w:r>
        <w:separator/>
      </w:r>
    </w:p>
  </w:endnote>
  <w:endnote w:type="continuationSeparator" w:id="0">
    <w:p w14:paraId="5200E449" w14:textId="77777777" w:rsidR="0027199F" w:rsidRDefault="00271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9AD42" w14:textId="61AA46FC" w:rsidR="006B6920" w:rsidRPr="006B6920" w:rsidRDefault="00E631B5" w:rsidP="006B6920">
    <w:pPr>
      <w:pStyle w:val="Footer"/>
      <w:jc w:val="center"/>
      <w:rPr>
        <w:sz w:val="16"/>
      </w:rPr>
    </w:pPr>
    <w:r>
      <w:rPr>
        <w:color w:val="5A5A5A"/>
        <w:sz w:val="16"/>
      </w:rPr>
      <w:t xml:space="preserve">                                                                      </w:t>
    </w:r>
    <w:r w:rsidR="003908EC">
      <w:rPr>
        <w:color w:val="5A5A5A"/>
        <w:sz w:val="16"/>
      </w:rPr>
      <w:t>Alexander Devine Children's Hospice Service | Referral Form</w:t>
    </w:r>
    <w:r w:rsidR="00850BC6">
      <w:rPr>
        <w:color w:val="5A5A5A"/>
        <w:sz w:val="16"/>
      </w:rPr>
      <w:t xml:space="preserve">  </w:t>
    </w:r>
    <w:r>
      <w:rPr>
        <w:color w:val="5A5A5A"/>
        <w:sz w:val="16"/>
      </w:rPr>
      <w:t xml:space="preserve">                                              </w:t>
    </w:r>
    <w:r w:rsidR="003908EC">
      <w:rPr>
        <w:color w:val="5A5A5A"/>
        <w:sz w:val="16"/>
      </w:rPr>
      <w:t xml:space="preserve">| </w:t>
    </w:r>
    <w:r w:rsidR="003908EC">
      <w:rPr>
        <w:sz w:val="16"/>
      </w:rPr>
      <w:t xml:space="preserve">Page </w:t>
    </w:r>
    <w:r w:rsidR="003908EC">
      <w:rPr>
        <w:sz w:val="16"/>
      </w:rPr>
      <w:fldChar w:fldCharType="begin"/>
    </w:r>
    <w:r w:rsidR="003908EC">
      <w:rPr>
        <w:sz w:val="16"/>
      </w:rPr>
      <w:instrText>PAGE</w:instrText>
    </w:r>
    <w:r w:rsidR="003908EC">
      <w:rPr>
        <w:sz w:val="16"/>
      </w:rPr>
      <w:fldChar w:fldCharType="separate"/>
    </w:r>
    <w:r w:rsidR="006B6920">
      <w:rPr>
        <w:noProof/>
        <w:sz w:val="16"/>
      </w:rPr>
      <w:t>1</w:t>
    </w:r>
    <w:r w:rsidR="003908EC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86827" w14:textId="77777777" w:rsidR="0027199F" w:rsidRDefault="0027199F">
      <w:pPr>
        <w:spacing w:after="0" w:line="240" w:lineRule="auto"/>
      </w:pPr>
      <w:r>
        <w:separator/>
      </w:r>
    </w:p>
  </w:footnote>
  <w:footnote w:type="continuationSeparator" w:id="0">
    <w:p w14:paraId="5A0F29E0" w14:textId="77777777" w:rsidR="0027199F" w:rsidRDefault="00271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253CD" w14:textId="43F7018A" w:rsidR="006B6920" w:rsidRPr="003B7D3E" w:rsidRDefault="006B6920">
    <w:pPr>
      <w:pStyle w:val="Header"/>
      <w:rPr>
        <w:sz w:val="20"/>
        <w:szCs w:val="28"/>
      </w:rPr>
    </w:pPr>
    <w:r w:rsidRPr="003B7D3E">
      <w:rPr>
        <w:sz w:val="20"/>
        <w:szCs w:val="28"/>
      </w:rPr>
      <w:t>TCD Number:</w:t>
    </w:r>
    <w:r w:rsidR="003B7D3E">
      <w:rPr>
        <w:sz w:val="20"/>
        <w:szCs w:val="28"/>
      </w:rPr>
      <w:t xml:space="preserve">                                       </w:t>
    </w:r>
  </w:p>
  <w:p w14:paraId="6C580E55" w14:textId="76EBAFC7" w:rsidR="003B7D3E" w:rsidRDefault="003B7D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691B48"/>
    <w:multiLevelType w:val="hybridMultilevel"/>
    <w:tmpl w:val="879C0D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D93AA1"/>
    <w:multiLevelType w:val="hybridMultilevel"/>
    <w:tmpl w:val="E48C645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9A0DA8"/>
    <w:multiLevelType w:val="hybridMultilevel"/>
    <w:tmpl w:val="3CD669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351A7C"/>
    <w:multiLevelType w:val="hybridMultilevel"/>
    <w:tmpl w:val="D56E95F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907264">
      <w:start w:val="2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5A3998"/>
    <w:multiLevelType w:val="multilevel"/>
    <w:tmpl w:val="82B8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D025BF"/>
    <w:multiLevelType w:val="hybridMultilevel"/>
    <w:tmpl w:val="7EF0358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095FEB"/>
    <w:multiLevelType w:val="hybridMultilevel"/>
    <w:tmpl w:val="155A6F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4F6230"/>
    <w:multiLevelType w:val="multilevel"/>
    <w:tmpl w:val="3D7C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4F647A"/>
    <w:multiLevelType w:val="multilevel"/>
    <w:tmpl w:val="B95ED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3A7D97"/>
    <w:multiLevelType w:val="hybridMultilevel"/>
    <w:tmpl w:val="A95220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390BFE"/>
    <w:multiLevelType w:val="multilevel"/>
    <w:tmpl w:val="88C0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E136C3"/>
    <w:multiLevelType w:val="multilevel"/>
    <w:tmpl w:val="4216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E33578"/>
    <w:multiLevelType w:val="multilevel"/>
    <w:tmpl w:val="F7B0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902324"/>
    <w:multiLevelType w:val="multilevel"/>
    <w:tmpl w:val="946E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F43AEA"/>
    <w:multiLevelType w:val="hybridMultilevel"/>
    <w:tmpl w:val="DCB238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391293"/>
    <w:multiLevelType w:val="hybridMultilevel"/>
    <w:tmpl w:val="A314B4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756646">
    <w:abstractNumId w:val="8"/>
  </w:num>
  <w:num w:numId="2" w16cid:durableId="474447321">
    <w:abstractNumId w:val="6"/>
  </w:num>
  <w:num w:numId="3" w16cid:durableId="857739159">
    <w:abstractNumId w:val="5"/>
  </w:num>
  <w:num w:numId="4" w16cid:durableId="799416505">
    <w:abstractNumId w:val="4"/>
  </w:num>
  <w:num w:numId="5" w16cid:durableId="67391275">
    <w:abstractNumId w:val="7"/>
  </w:num>
  <w:num w:numId="6" w16cid:durableId="1486893958">
    <w:abstractNumId w:val="3"/>
  </w:num>
  <w:num w:numId="7" w16cid:durableId="1226330160">
    <w:abstractNumId w:val="2"/>
  </w:num>
  <w:num w:numId="8" w16cid:durableId="1830754208">
    <w:abstractNumId w:val="1"/>
  </w:num>
  <w:num w:numId="9" w16cid:durableId="1574268231">
    <w:abstractNumId w:val="0"/>
  </w:num>
  <w:num w:numId="10" w16cid:durableId="1446074745">
    <w:abstractNumId w:val="10"/>
  </w:num>
  <w:num w:numId="11" w16cid:durableId="853226431">
    <w:abstractNumId w:val="15"/>
  </w:num>
  <w:num w:numId="12" w16cid:durableId="1923024609">
    <w:abstractNumId w:val="14"/>
  </w:num>
  <w:num w:numId="13" w16cid:durableId="115102044">
    <w:abstractNumId w:val="9"/>
  </w:num>
  <w:num w:numId="14" w16cid:durableId="1350136110">
    <w:abstractNumId w:val="12"/>
  </w:num>
  <w:num w:numId="15" w16cid:durableId="996688696">
    <w:abstractNumId w:val="18"/>
  </w:num>
  <w:num w:numId="16" w16cid:durableId="1038897970">
    <w:abstractNumId w:val="24"/>
  </w:num>
  <w:num w:numId="17" w16cid:durableId="2005011254">
    <w:abstractNumId w:val="11"/>
  </w:num>
  <w:num w:numId="18" w16cid:durableId="1262882826">
    <w:abstractNumId w:val="23"/>
  </w:num>
  <w:num w:numId="19" w16cid:durableId="1512834128">
    <w:abstractNumId w:val="21"/>
  </w:num>
  <w:num w:numId="20" w16cid:durableId="1824930524">
    <w:abstractNumId w:val="17"/>
  </w:num>
  <w:num w:numId="21" w16cid:durableId="1668367651">
    <w:abstractNumId w:val="16"/>
  </w:num>
  <w:num w:numId="22" w16cid:durableId="205870020">
    <w:abstractNumId w:val="13"/>
  </w:num>
  <w:num w:numId="23" w16cid:durableId="787970048">
    <w:abstractNumId w:val="20"/>
  </w:num>
  <w:num w:numId="24" w16cid:durableId="939949761">
    <w:abstractNumId w:val="22"/>
  </w:num>
  <w:num w:numId="25" w16cid:durableId="1326686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33C3"/>
    <w:rsid w:val="000D3CD5"/>
    <w:rsid w:val="00123CA5"/>
    <w:rsid w:val="0015074B"/>
    <w:rsid w:val="001573E7"/>
    <w:rsid w:val="001A4A3E"/>
    <w:rsid w:val="0027199F"/>
    <w:rsid w:val="0029639D"/>
    <w:rsid w:val="00326F90"/>
    <w:rsid w:val="003908EC"/>
    <w:rsid w:val="00391B3B"/>
    <w:rsid w:val="003B7D3E"/>
    <w:rsid w:val="004B3563"/>
    <w:rsid w:val="006726C7"/>
    <w:rsid w:val="006B6920"/>
    <w:rsid w:val="006E6F5A"/>
    <w:rsid w:val="00704184"/>
    <w:rsid w:val="007E3320"/>
    <w:rsid w:val="00807FB6"/>
    <w:rsid w:val="008105BD"/>
    <w:rsid w:val="00850BC6"/>
    <w:rsid w:val="008F2680"/>
    <w:rsid w:val="00903787"/>
    <w:rsid w:val="00966696"/>
    <w:rsid w:val="009E56BF"/>
    <w:rsid w:val="00A21967"/>
    <w:rsid w:val="00A63620"/>
    <w:rsid w:val="00AA1D8D"/>
    <w:rsid w:val="00B47730"/>
    <w:rsid w:val="00BA672C"/>
    <w:rsid w:val="00CB0664"/>
    <w:rsid w:val="00D05EA7"/>
    <w:rsid w:val="00D55EEC"/>
    <w:rsid w:val="00D5638D"/>
    <w:rsid w:val="00D600BD"/>
    <w:rsid w:val="00D63542"/>
    <w:rsid w:val="00D67C48"/>
    <w:rsid w:val="00E631B5"/>
    <w:rsid w:val="00F076A7"/>
    <w:rsid w:val="00F1692B"/>
    <w:rsid w:val="00F378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279686"/>
  <w14:defaultImageDpi w14:val="300"/>
  <w15:docId w15:val="{AA4925C8-D63D-492E-8DD1-7A616F372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6479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47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6479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customXml" Target="../customXml/item4.xml"/><Relationship Id="rId10" Type="http://schemas.openxmlformats.org/officeDocument/2006/relationships/hyperlink" Target="mailto:email@alexanderdevine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email@alexanderdevine.org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EA96C2A3F864EA8DB310A93B635A8" ma:contentTypeVersion="20" ma:contentTypeDescription="Create a new document." ma:contentTypeScope="" ma:versionID="6b70fbe1c2d0be75e00d0d6cf6e79e05">
  <xsd:schema xmlns:xsd="http://www.w3.org/2001/XMLSchema" xmlns:xs="http://www.w3.org/2001/XMLSchema" xmlns:p="http://schemas.microsoft.com/office/2006/metadata/properties" xmlns:ns2="99faf583-2c43-46c9-bca2-76a46fd8bb6b" xmlns:ns3="a42bea85-ddec-4832-9b65-bfb77eb0af11" targetNamespace="http://schemas.microsoft.com/office/2006/metadata/properties" ma:root="true" ma:fieldsID="7db88a1349a78616015edc9931ba60b5" ns2:_="" ns3:_="">
    <xsd:import namespace="99faf583-2c43-46c9-bca2-76a46fd8bb6b"/>
    <xsd:import namespace="a42bea85-ddec-4832-9b65-bfb77eb0af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omple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af583-2c43-46c9-bca2-76a46fd8b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7d60cb-57f3-4400-9564-ca39834b79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plete" ma:index="26" nillable="true" ma:displayName="Complete" ma:default="0" ma:format="Dropdown" ma:internalName="Complete">
      <xsd:simpleType>
        <xsd:restriction base="dms:Boolea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bea85-ddec-4832-9b65-bfb77eb0af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880b42-2f6b-4022-aac0-d0a29bb7d59b}" ma:internalName="TaxCatchAll" ma:showField="CatchAllData" ma:web="a42bea85-ddec-4832-9b65-bfb77eb0af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lete xmlns="99faf583-2c43-46c9-bca2-76a46fd8bb6b">false</Complete>
    <lcf76f155ced4ddcb4097134ff3c332f xmlns="99faf583-2c43-46c9-bca2-76a46fd8bb6b">
      <Terms xmlns="http://schemas.microsoft.com/office/infopath/2007/PartnerControls"/>
    </lcf76f155ced4ddcb4097134ff3c332f>
    <TaxCatchAll xmlns="a42bea85-ddec-4832-9b65-bfb77eb0af11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9FAE71-5AC9-4BE1-A432-C00D5D03628C}"/>
</file>

<file path=customXml/itemProps3.xml><?xml version="1.0" encoding="utf-8"?>
<ds:datastoreItem xmlns:ds="http://schemas.openxmlformats.org/officeDocument/2006/customXml" ds:itemID="{B2FFD655-F38F-470A-A759-3BE4917495CC}"/>
</file>

<file path=customXml/itemProps4.xml><?xml version="1.0" encoding="utf-8"?>
<ds:datastoreItem xmlns:ds="http://schemas.openxmlformats.org/officeDocument/2006/customXml" ds:itemID="{26E5671F-03C1-45AE-BE23-6847946BDD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Emma McKeever</cp:lastModifiedBy>
  <cp:revision>2</cp:revision>
  <cp:lastPrinted>2026-06-17T12:01:00Z</cp:lastPrinted>
  <dcterms:created xsi:type="dcterms:W3CDTF">2026-07-20T13:28:00Z</dcterms:created>
  <dcterms:modified xsi:type="dcterms:W3CDTF">2026-07-20T13:28:00Z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0x010100763EA96C2A3F864EA8DB310A93B635A8</vt:lpwstr>
  </property>
</Properties>
</file>